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22DFBCD1" w14:textId="7AAF43F8" w:rsidR="009D142E" w:rsidRPr="00D1391A" w:rsidRDefault="009D142E" w:rsidP="000E1878">
      <w:pPr>
        <w:jc w:val="center"/>
        <w:rPr>
          <w:rFonts w:ascii="Corbel" w:hAnsi="Corbel"/>
          <w:b/>
          <w:bCs/>
          <w:lang w:val="it-IT"/>
        </w:rPr>
      </w:pPr>
      <w:r>
        <w:rPr>
          <w:rFonts w:ascii="Corbel" w:hAnsi="Corbel"/>
          <w:b/>
          <w:bCs/>
          <w:lang w:val="it-IT"/>
        </w:rPr>
        <w:t xml:space="preserve">STAFF SCOLASTICO </w:t>
      </w:r>
      <w:r w:rsidR="00122A6C">
        <w:rPr>
          <w:rFonts w:ascii="Corbel" w:hAnsi="Corbel"/>
          <w:b/>
          <w:bCs/>
          <w:lang w:val="it-IT"/>
        </w:rPr>
        <w:t>E PERSONALE U.S.R. PER LA SARDEGNA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6215BE63" w14:textId="245691D6" w:rsidR="004631E7" w:rsidRPr="009376E0" w:rsidRDefault="004631E7" w:rsidP="00D1391A">
      <w:pPr>
        <w:pStyle w:val="Titolo1"/>
        <w:jc w:val="center"/>
        <w:rPr>
          <w:rFonts w:ascii="Corbel" w:hAnsi="Corbel"/>
          <w:noProof/>
          <w:sz w:val="24"/>
          <w:szCs w:val="24"/>
          <w:lang w:val="it-IT"/>
        </w:rPr>
      </w:pPr>
      <w:r w:rsidRPr="009376E0">
        <w:rPr>
          <w:rFonts w:ascii="Corbel" w:hAnsi="Corbel"/>
          <w:noProof/>
          <w:sz w:val="24"/>
          <w:szCs w:val="24"/>
          <w:lang w:val="it-IT"/>
        </w:rPr>
        <w:t xml:space="preserve">ALLEGATO 2 - AUTODICHIARAZIONE </w:t>
      </w:r>
      <w:r w:rsidR="009376E0" w:rsidRPr="009376E0">
        <w:rPr>
          <w:rFonts w:ascii="Corbel" w:hAnsi="Corbel"/>
          <w:noProof/>
          <w:sz w:val="24"/>
          <w:szCs w:val="24"/>
          <w:lang w:val="it-IT"/>
        </w:rPr>
        <w:t>LINGUA E PARTECIPAZIONE MOBI</w:t>
      </w:r>
      <w:r w:rsidR="00386274">
        <w:rPr>
          <w:rFonts w:ascii="Corbel" w:hAnsi="Corbel"/>
          <w:noProof/>
          <w:sz w:val="24"/>
          <w:szCs w:val="24"/>
          <w:lang w:val="it-IT"/>
        </w:rPr>
        <w:t>LI</w:t>
      </w:r>
      <w:r w:rsidR="009376E0" w:rsidRPr="009376E0">
        <w:rPr>
          <w:rFonts w:ascii="Corbel" w:hAnsi="Corbel"/>
          <w:noProof/>
          <w:sz w:val="24"/>
          <w:szCs w:val="24"/>
          <w:lang w:val="it-IT"/>
        </w:rPr>
        <w:t>TÀ PRECEDENTI</w:t>
      </w:r>
    </w:p>
    <w:p w14:paraId="138C8325" w14:textId="77777777" w:rsidR="001522DF" w:rsidRDefault="001522DF" w:rsidP="004631E7">
      <w:pPr>
        <w:jc w:val="both"/>
        <w:rPr>
          <w:rFonts w:ascii="Corbel" w:hAnsi="Corbel"/>
          <w:lang w:val="it-IT"/>
        </w:rPr>
      </w:pPr>
    </w:p>
    <w:p w14:paraId="7735CDED" w14:textId="3B496BCB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Il/La sottoscritto/a </w:t>
      </w:r>
      <w:r w:rsidR="001522DF">
        <w:rPr>
          <w:rFonts w:ascii="Corbel" w:hAnsi="Corbel"/>
          <w:lang w:val="it-IT"/>
        </w:rPr>
        <w:t xml:space="preserve">_____________________________________ </w:t>
      </w:r>
      <w:r w:rsidRPr="004631E7">
        <w:rPr>
          <w:rFonts w:ascii="Corbel" w:hAnsi="Corbel"/>
          <w:lang w:val="it-IT"/>
        </w:rPr>
        <w:t>dichiara di possedere competenza linguistica:</w:t>
      </w:r>
    </w:p>
    <w:p w14:paraId="662A07DD" w14:textId="1F9A75BB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Inglese livello almeno B1 QCER</w:t>
      </w:r>
      <w:r w:rsidR="00C81C56">
        <w:rPr>
          <w:rFonts w:ascii="Corbel" w:hAnsi="Corbel"/>
          <w:lang w:val="it-IT"/>
        </w:rPr>
        <w:t>, specificare il livello: ______________________</w:t>
      </w:r>
      <w:r w:rsidR="00AB4FA7">
        <w:rPr>
          <w:rFonts w:ascii="Corbel" w:hAnsi="Corbel"/>
          <w:lang w:val="it-IT"/>
        </w:rPr>
        <w:t xml:space="preserve"> come da allegati</w:t>
      </w:r>
      <w:r w:rsidR="00B3269E">
        <w:rPr>
          <w:rFonts w:ascii="Corbel" w:hAnsi="Corbel"/>
          <w:lang w:val="it-IT"/>
        </w:rPr>
        <w:t xml:space="preserve"> alla presente candidatura</w:t>
      </w:r>
    </w:p>
    <w:p w14:paraId="757C9268" w14:textId="24B187FA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Segoe UI Symbol" w:hAnsi="Segoe UI Symbol" w:cs="Segoe UI Symbol"/>
          <w:lang w:val="it-IT"/>
        </w:rPr>
        <w:t>☐</w:t>
      </w:r>
      <w:r w:rsidRPr="004631E7">
        <w:rPr>
          <w:rFonts w:ascii="Corbel" w:hAnsi="Corbel"/>
          <w:lang w:val="it-IT"/>
        </w:rPr>
        <w:t xml:space="preserve"> Lingua ufficiale del Paese ospitante</w:t>
      </w:r>
      <w:r w:rsidR="005F2C2A">
        <w:rPr>
          <w:rFonts w:ascii="Corbel" w:hAnsi="Corbel"/>
          <w:lang w:val="it-IT"/>
        </w:rPr>
        <w:t xml:space="preserve"> (solo se si è scelt</w:t>
      </w:r>
      <w:r w:rsidR="008D25F1">
        <w:rPr>
          <w:rFonts w:ascii="Corbel" w:hAnsi="Corbel"/>
          <w:lang w:val="it-IT"/>
        </w:rPr>
        <w:t xml:space="preserve">a la mobilità in job-shadowing), </w:t>
      </w:r>
      <w:r w:rsidRPr="004631E7">
        <w:rPr>
          <w:rFonts w:ascii="Corbel" w:hAnsi="Corbel"/>
          <w:lang w:val="it-IT"/>
        </w:rPr>
        <w:t>specificare</w:t>
      </w:r>
      <w:r w:rsidR="008D25F1">
        <w:rPr>
          <w:rFonts w:ascii="Corbel" w:hAnsi="Corbel"/>
          <w:lang w:val="it-IT"/>
        </w:rPr>
        <w:t xml:space="preserve"> la lingua e il livello posseduto</w:t>
      </w:r>
      <w:r w:rsidRPr="004631E7">
        <w:rPr>
          <w:rFonts w:ascii="Corbel" w:hAnsi="Corbel"/>
          <w:lang w:val="it-IT"/>
        </w:rPr>
        <w:t>: __________</w:t>
      </w:r>
      <w:r w:rsidR="00C81C56">
        <w:rPr>
          <w:rFonts w:ascii="Corbel" w:hAnsi="Corbel"/>
          <w:lang w:val="it-IT"/>
        </w:rPr>
        <w:t>________________</w:t>
      </w:r>
    </w:p>
    <w:p w14:paraId="03455658" w14:textId="6F7AA481" w:rsidR="008D096E" w:rsidRDefault="00C046BA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Il sottoscritto dichiara anche:</w:t>
      </w:r>
    </w:p>
    <w:p w14:paraId="2CDFD022" w14:textId="3E0F53C5" w:rsidR="00C046BA" w:rsidRDefault="00C046BA" w:rsidP="009376E0">
      <w:pPr>
        <w:pStyle w:val="Paragrafoelenco"/>
        <w:numPr>
          <w:ilvl w:val="0"/>
          <w:numId w:val="14"/>
        </w:numPr>
        <w:jc w:val="both"/>
        <w:rPr>
          <w:rFonts w:ascii="Corbel" w:hAnsi="Corbel"/>
          <w:lang w:val="it-IT"/>
        </w:rPr>
      </w:pPr>
      <w:r w:rsidRPr="00C33BF2">
        <w:rPr>
          <w:rFonts w:ascii="Corbel" w:hAnsi="Corbel"/>
          <w:b/>
          <w:bCs/>
          <w:lang w:val="it-IT"/>
        </w:rPr>
        <w:t>di non aver partecipato</w:t>
      </w:r>
      <w:r>
        <w:rPr>
          <w:rFonts w:ascii="Corbel" w:hAnsi="Corbel"/>
          <w:lang w:val="it-IT"/>
        </w:rPr>
        <w:t xml:space="preserve"> </w:t>
      </w:r>
      <w:r w:rsidR="00F93056">
        <w:rPr>
          <w:rFonts w:ascii="Corbel" w:hAnsi="Corbel"/>
          <w:lang w:val="it-IT"/>
        </w:rPr>
        <w:t>negli ultimi 24 mesi</w:t>
      </w:r>
      <w:r w:rsidR="00A8584C">
        <w:rPr>
          <w:rFonts w:ascii="Corbel" w:hAnsi="Corbel"/>
          <w:lang w:val="it-IT"/>
        </w:rPr>
        <w:t xml:space="preserve">, a partire dalla data di pubblicazione del presente bando, </w:t>
      </w:r>
      <w:r w:rsidR="00F93056">
        <w:rPr>
          <w:rFonts w:ascii="Corbel" w:hAnsi="Corbel"/>
          <w:lang w:val="it-IT"/>
        </w:rPr>
        <w:t>a progetti Erasmus+ di mobilità</w:t>
      </w:r>
      <w:r w:rsidR="00A8584C">
        <w:rPr>
          <w:rFonts w:ascii="Corbel" w:hAnsi="Corbel"/>
          <w:lang w:val="it-IT"/>
        </w:rPr>
        <w:t xml:space="preserve"> dello staff scolastico</w:t>
      </w:r>
      <w:r w:rsidR="00996D63">
        <w:rPr>
          <w:rFonts w:ascii="Corbel" w:hAnsi="Corbel"/>
          <w:lang w:val="it-IT"/>
        </w:rPr>
        <w:t xml:space="preserve"> </w:t>
      </w:r>
      <w:r w:rsidR="00996D63">
        <w:rPr>
          <w:rFonts w:ascii="Corbel" w:hAnsi="Corbel"/>
          <w:lang w:val="it-IT"/>
        </w:rPr>
        <w:t>in qualità di beneficiario</w:t>
      </w:r>
      <w:r w:rsidR="00996D63">
        <w:rPr>
          <w:rFonts w:ascii="Corbel" w:hAnsi="Corbel"/>
          <w:lang w:val="it-IT"/>
        </w:rPr>
        <w:t>.</w:t>
      </w:r>
    </w:p>
    <w:p w14:paraId="042326AB" w14:textId="5BF88715" w:rsidR="00A8584C" w:rsidRPr="00C046BA" w:rsidRDefault="00A8584C" w:rsidP="009376E0">
      <w:pPr>
        <w:pStyle w:val="Paragrafoelenco"/>
        <w:numPr>
          <w:ilvl w:val="0"/>
          <w:numId w:val="14"/>
        </w:numPr>
        <w:jc w:val="both"/>
        <w:rPr>
          <w:rFonts w:ascii="Corbel" w:hAnsi="Corbel"/>
          <w:lang w:val="it-IT"/>
        </w:rPr>
      </w:pPr>
      <w:r w:rsidRPr="00C33BF2">
        <w:rPr>
          <w:rFonts w:ascii="Corbel" w:hAnsi="Corbel"/>
          <w:b/>
          <w:bCs/>
          <w:lang w:val="it-IT"/>
        </w:rPr>
        <w:t>di aver partecipato</w:t>
      </w:r>
      <w:r>
        <w:rPr>
          <w:rFonts w:ascii="Corbel" w:hAnsi="Corbel"/>
          <w:lang w:val="it-IT"/>
        </w:rPr>
        <w:t xml:space="preserve"> </w:t>
      </w:r>
      <w:r w:rsidR="00C33BF2">
        <w:rPr>
          <w:rFonts w:ascii="Corbel" w:hAnsi="Corbel"/>
          <w:lang w:val="it-IT"/>
        </w:rPr>
        <w:t>negli ultimi 24 mesi, a partire dalla data di pubblicazione del presente bando, a progetti Erasmus+ di mobilità dello staff scolastico</w:t>
      </w:r>
      <w:r w:rsidR="00996D63">
        <w:rPr>
          <w:rFonts w:ascii="Corbel" w:hAnsi="Corbel"/>
          <w:lang w:val="it-IT"/>
        </w:rPr>
        <w:t xml:space="preserve"> in qualità di beneficiario</w:t>
      </w:r>
      <w:r w:rsidR="00C33BF2">
        <w:rPr>
          <w:rFonts w:ascii="Corbel" w:hAnsi="Corbel"/>
          <w:lang w:val="it-IT"/>
        </w:rPr>
        <w:t xml:space="preserve"> (</w:t>
      </w:r>
      <w:r w:rsidR="00100157">
        <w:rPr>
          <w:rFonts w:ascii="Corbel" w:hAnsi="Corbel"/>
          <w:lang w:val="it-IT"/>
        </w:rPr>
        <w:t xml:space="preserve">non è considerata partecipazione aver svolto l’incarico di </w:t>
      </w:r>
      <w:r w:rsidR="00100157" w:rsidRPr="00100157">
        <w:rPr>
          <w:rFonts w:ascii="Corbel" w:hAnsi="Corbel"/>
          <w:b/>
          <w:bCs/>
          <w:lang w:val="it-IT"/>
        </w:rPr>
        <w:t>accompagnatore</w:t>
      </w:r>
      <w:r w:rsidR="00100157">
        <w:rPr>
          <w:rFonts w:ascii="Corbel" w:hAnsi="Corbel"/>
          <w:lang w:val="it-IT"/>
        </w:rPr>
        <w:t xml:space="preserve"> di studenti in mobilità Erasmus+)</w:t>
      </w:r>
    </w:p>
    <w:p w14:paraId="76D38080" w14:textId="099B565C" w:rsidR="00780882" w:rsidRDefault="00780882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470999EA" w14:textId="2062513E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Firma: _____________________________</w:t>
      </w:r>
    </w:p>
    <w:p w14:paraId="566282D8" w14:textId="37967D59" w:rsidR="004631E7" w:rsidRPr="004631E7" w:rsidRDefault="004631E7" w:rsidP="004631E7">
      <w:pPr>
        <w:jc w:val="both"/>
        <w:rPr>
          <w:rFonts w:ascii="Corbel" w:hAnsi="Corbel"/>
          <w:lang w:val="it-IT"/>
        </w:rPr>
      </w:pPr>
    </w:p>
    <w:sectPr w:rsidR="004631E7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7C2F" w14:textId="77777777" w:rsidR="00CB2493" w:rsidRDefault="00CB2493" w:rsidP="00D40A73">
      <w:pPr>
        <w:spacing w:after="0" w:line="240" w:lineRule="auto"/>
      </w:pPr>
      <w:r>
        <w:separator/>
      </w:r>
    </w:p>
  </w:endnote>
  <w:endnote w:type="continuationSeparator" w:id="0">
    <w:p w14:paraId="0DAD7B4B" w14:textId="77777777" w:rsidR="00CB2493" w:rsidRDefault="00CB2493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7FDA" w14:textId="77777777" w:rsidR="00CB2493" w:rsidRDefault="00CB2493" w:rsidP="00D40A73">
      <w:pPr>
        <w:spacing w:after="0" w:line="240" w:lineRule="auto"/>
      </w:pPr>
      <w:r>
        <w:separator/>
      </w:r>
    </w:p>
  </w:footnote>
  <w:footnote w:type="continuationSeparator" w:id="0">
    <w:p w14:paraId="228713E8" w14:textId="77777777" w:rsidR="00CB2493" w:rsidRDefault="00CB2493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0010FC0"/>
    <w:multiLevelType w:val="hybridMultilevel"/>
    <w:tmpl w:val="1CA43B38"/>
    <w:lvl w:ilvl="0" w:tplc="31642F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9DA"/>
    <w:multiLevelType w:val="multilevel"/>
    <w:tmpl w:val="F0A6CB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F0F7F"/>
    <w:multiLevelType w:val="multilevel"/>
    <w:tmpl w:val="5A48F3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AB0"/>
    <w:multiLevelType w:val="multilevel"/>
    <w:tmpl w:val="082618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966F1"/>
    <w:multiLevelType w:val="hybridMultilevel"/>
    <w:tmpl w:val="CE902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7357B"/>
    <w:multiLevelType w:val="multilevel"/>
    <w:tmpl w:val="F476FF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F19F4"/>
    <w:multiLevelType w:val="multilevel"/>
    <w:tmpl w:val="D9CAD8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E6937"/>
    <w:multiLevelType w:val="multilevel"/>
    <w:tmpl w:val="82D0DAE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568730368">
    <w:abstractNumId w:val="12"/>
  </w:num>
  <w:num w:numId="8" w16cid:durableId="230317240">
    <w:abstractNumId w:val="11"/>
  </w:num>
  <w:num w:numId="9" w16cid:durableId="170144164">
    <w:abstractNumId w:val="9"/>
  </w:num>
  <w:num w:numId="10" w16cid:durableId="1249079423">
    <w:abstractNumId w:val="8"/>
  </w:num>
  <w:num w:numId="11" w16cid:durableId="2019697106">
    <w:abstractNumId w:val="13"/>
  </w:num>
  <w:num w:numId="12" w16cid:durableId="152648796">
    <w:abstractNumId w:val="7"/>
  </w:num>
  <w:num w:numId="13" w16cid:durableId="52122309">
    <w:abstractNumId w:val="6"/>
  </w:num>
  <w:num w:numId="14" w16cid:durableId="1805735440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537D"/>
    <w:rsid w:val="0006063C"/>
    <w:rsid w:val="00062DE4"/>
    <w:rsid w:val="00072D63"/>
    <w:rsid w:val="00091847"/>
    <w:rsid w:val="000C196F"/>
    <w:rsid w:val="000E1878"/>
    <w:rsid w:val="000E561E"/>
    <w:rsid w:val="000F0D1C"/>
    <w:rsid w:val="000F3120"/>
    <w:rsid w:val="000F728C"/>
    <w:rsid w:val="000F7DDA"/>
    <w:rsid w:val="00100157"/>
    <w:rsid w:val="00117A53"/>
    <w:rsid w:val="00122A6C"/>
    <w:rsid w:val="0014508D"/>
    <w:rsid w:val="0015074B"/>
    <w:rsid w:val="001522DF"/>
    <w:rsid w:val="001549CB"/>
    <w:rsid w:val="00166758"/>
    <w:rsid w:val="00167A5D"/>
    <w:rsid w:val="00177C48"/>
    <w:rsid w:val="00183279"/>
    <w:rsid w:val="00184FA2"/>
    <w:rsid w:val="001904CC"/>
    <w:rsid w:val="0019598B"/>
    <w:rsid w:val="001C59A1"/>
    <w:rsid w:val="001C6840"/>
    <w:rsid w:val="001E1883"/>
    <w:rsid w:val="001E1FB3"/>
    <w:rsid w:val="00201517"/>
    <w:rsid w:val="00221125"/>
    <w:rsid w:val="00232AAB"/>
    <w:rsid w:val="00250C33"/>
    <w:rsid w:val="0025688C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77C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86274"/>
    <w:rsid w:val="00397BEA"/>
    <w:rsid w:val="003A0459"/>
    <w:rsid w:val="003B0D7A"/>
    <w:rsid w:val="003D79BC"/>
    <w:rsid w:val="003E52D5"/>
    <w:rsid w:val="003F7A17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A1E0A"/>
    <w:rsid w:val="004A2987"/>
    <w:rsid w:val="004A3CB5"/>
    <w:rsid w:val="004B1CD9"/>
    <w:rsid w:val="004B306C"/>
    <w:rsid w:val="004B699F"/>
    <w:rsid w:val="004C34F1"/>
    <w:rsid w:val="004C38BA"/>
    <w:rsid w:val="004C5F87"/>
    <w:rsid w:val="004D46D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6CCA"/>
    <w:rsid w:val="005470C7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E7D85"/>
    <w:rsid w:val="005F1A5C"/>
    <w:rsid w:val="005F2C2A"/>
    <w:rsid w:val="005F5868"/>
    <w:rsid w:val="00600890"/>
    <w:rsid w:val="0061264B"/>
    <w:rsid w:val="0061321B"/>
    <w:rsid w:val="0063408E"/>
    <w:rsid w:val="00640812"/>
    <w:rsid w:val="006429D4"/>
    <w:rsid w:val="00656146"/>
    <w:rsid w:val="006567E9"/>
    <w:rsid w:val="00657A65"/>
    <w:rsid w:val="006736CD"/>
    <w:rsid w:val="00680DE3"/>
    <w:rsid w:val="00692F49"/>
    <w:rsid w:val="00694A2C"/>
    <w:rsid w:val="006A31AB"/>
    <w:rsid w:val="006F4BAE"/>
    <w:rsid w:val="0070047D"/>
    <w:rsid w:val="00713A03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726E"/>
    <w:rsid w:val="00762C84"/>
    <w:rsid w:val="00763025"/>
    <w:rsid w:val="00780882"/>
    <w:rsid w:val="007812D9"/>
    <w:rsid w:val="00782C41"/>
    <w:rsid w:val="0078514A"/>
    <w:rsid w:val="00793997"/>
    <w:rsid w:val="00794A5C"/>
    <w:rsid w:val="007B4859"/>
    <w:rsid w:val="007C61CA"/>
    <w:rsid w:val="007E4908"/>
    <w:rsid w:val="00800B82"/>
    <w:rsid w:val="00813990"/>
    <w:rsid w:val="00824DCA"/>
    <w:rsid w:val="00826C57"/>
    <w:rsid w:val="00840A9A"/>
    <w:rsid w:val="00841F09"/>
    <w:rsid w:val="0084320C"/>
    <w:rsid w:val="00847066"/>
    <w:rsid w:val="00854407"/>
    <w:rsid w:val="008554FD"/>
    <w:rsid w:val="008608A4"/>
    <w:rsid w:val="0087332E"/>
    <w:rsid w:val="0087603B"/>
    <w:rsid w:val="008812AA"/>
    <w:rsid w:val="00881EB7"/>
    <w:rsid w:val="0088618A"/>
    <w:rsid w:val="00892195"/>
    <w:rsid w:val="0089360E"/>
    <w:rsid w:val="008A36C6"/>
    <w:rsid w:val="008B5456"/>
    <w:rsid w:val="008B68A8"/>
    <w:rsid w:val="008D096E"/>
    <w:rsid w:val="008D25F1"/>
    <w:rsid w:val="008D4B71"/>
    <w:rsid w:val="008F324D"/>
    <w:rsid w:val="00906DDF"/>
    <w:rsid w:val="00913CDD"/>
    <w:rsid w:val="00921372"/>
    <w:rsid w:val="00925042"/>
    <w:rsid w:val="009376E0"/>
    <w:rsid w:val="00945275"/>
    <w:rsid w:val="00955340"/>
    <w:rsid w:val="00965A46"/>
    <w:rsid w:val="00966414"/>
    <w:rsid w:val="00977A10"/>
    <w:rsid w:val="0098080F"/>
    <w:rsid w:val="0098190A"/>
    <w:rsid w:val="00985F1F"/>
    <w:rsid w:val="00996D63"/>
    <w:rsid w:val="009A2F03"/>
    <w:rsid w:val="009A35CC"/>
    <w:rsid w:val="009B434E"/>
    <w:rsid w:val="009D142E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B4FA7"/>
    <w:rsid w:val="00AC7BE5"/>
    <w:rsid w:val="00AD0B60"/>
    <w:rsid w:val="00AD5528"/>
    <w:rsid w:val="00AE3F7A"/>
    <w:rsid w:val="00AE4677"/>
    <w:rsid w:val="00AF6B87"/>
    <w:rsid w:val="00B132DE"/>
    <w:rsid w:val="00B13E49"/>
    <w:rsid w:val="00B3269E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A7AC3"/>
    <w:rsid w:val="00BB5D65"/>
    <w:rsid w:val="00BC7479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31F5"/>
    <w:rsid w:val="00C26506"/>
    <w:rsid w:val="00C33BF2"/>
    <w:rsid w:val="00C376ED"/>
    <w:rsid w:val="00C51403"/>
    <w:rsid w:val="00C57E69"/>
    <w:rsid w:val="00C6210D"/>
    <w:rsid w:val="00C81C56"/>
    <w:rsid w:val="00C828EC"/>
    <w:rsid w:val="00CA0E65"/>
    <w:rsid w:val="00CA3DA7"/>
    <w:rsid w:val="00CA7BBD"/>
    <w:rsid w:val="00CB0664"/>
    <w:rsid w:val="00CB2493"/>
    <w:rsid w:val="00CB2680"/>
    <w:rsid w:val="00CB40B3"/>
    <w:rsid w:val="00CC2148"/>
    <w:rsid w:val="00CC6BD4"/>
    <w:rsid w:val="00CC7A0C"/>
    <w:rsid w:val="00CD1DC1"/>
    <w:rsid w:val="00CE33B1"/>
    <w:rsid w:val="00CE6A08"/>
    <w:rsid w:val="00CE7B34"/>
    <w:rsid w:val="00CF299E"/>
    <w:rsid w:val="00CF7ED0"/>
    <w:rsid w:val="00D010AD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87A57"/>
    <w:rsid w:val="00DA4180"/>
    <w:rsid w:val="00DA6BC5"/>
    <w:rsid w:val="00DB0841"/>
    <w:rsid w:val="00DB2B0E"/>
    <w:rsid w:val="00DE6D7F"/>
    <w:rsid w:val="00E051EA"/>
    <w:rsid w:val="00E111F5"/>
    <w:rsid w:val="00E13B42"/>
    <w:rsid w:val="00E15812"/>
    <w:rsid w:val="00E206DE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F10EFC"/>
    <w:rsid w:val="00F1428A"/>
    <w:rsid w:val="00F326E4"/>
    <w:rsid w:val="00F33398"/>
    <w:rsid w:val="00F4187F"/>
    <w:rsid w:val="00F54786"/>
    <w:rsid w:val="00F57ACB"/>
    <w:rsid w:val="00F57F0C"/>
    <w:rsid w:val="00F65122"/>
    <w:rsid w:val="00F73132"/>
    <w:rsid w:val="00F7453A"/>
    <w:rsid w:val="00F869C9"/>
    <w:rsid w:val="00F90DE6"/>
    <w:rsid w:val="00F93056"/>
    <w:rsid w:val="00F97A6F"/>
    <w:rsid w:val="00FB10BC"/>
    <w:rsid w:val="00FB63EA"/>
    <w:rsid w:val="00FC693F"/>
    <w:rsid w:val="00FD00FF"/>
    <w:rsid w:val="00FD4C04"/>
    <w:rsid w:val="00FD6B95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291</cp:revision>
  <dcterms:created xsi:type="dcterms:W3CDTF">2025-10-12T13:48:00Z</dcterms:created>
  <dcterms:modified xsi:type="dcterms:W3CDTF">2025-12-17T16:12:00Z</dcterms:modified>
  <cp:category/>
</cp:coreProperties>
</file>