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35B9" w14:textId="77777777" w:rsidR="00FF2EE1" w:rsidRDefault="00472995" w:rsidP="000E1878">
      <w:pPr>
        <w:jc w:val="center"/>
        <w:rPr>
          <w:rFonts w:ascii="Corbel" w:hAnsi="Corbel"/>
          <w:b/>
          <w:bCs/>
          <w:lang w:val="it-IT"/>
        </w:rPr>
      </w:pPr>
      <w:r w:rsidRPr="00D1391A">
        <w:rPr>
          <w:rFonts w:ascii="Corbel" w:hAnsi="Corbel"/>
          <w:b/>
          <w:bCs/>
          <w:lang w:val="it-IT"/>
        </w:rPr>
        <w:t>BANDO DI SELEZIONE PER LA PARTECIPAZIONE ALLE ATTIVITÀ DI MOBILITÀ ERASMUS+</w:t>
      </w:r>
    </w:p>
    <w:p w14:paraId="22DFBCD1" w14:textId="7AAF43F8" w:rsidR="009D142E" w:rsidRPr="00D1391A" w:rsidRDefault="009D142E" w:rsidP="000E1878">
      <w:pPr>
        <w:jc w:val="center"/>
        <w:rPr>
          <w:rFonts w:ascii="Corbel" w:hAnsi="Corbel"/>
          <w:b/>
          <w:bCs/>
          <w:lang w:val="it-IT"/>
        </w:rPr>
      </w:pPr>
      <w:r>
        <w:rPr>
          <w:rFonts w:ascii="Corbel" w:hAnsi="Corbel"/>
          <w:b/>
          <w:bCs/>
          <w:lang w:val="it-IT"/>
        </w:rPr>
        <w:t xml:space="preserve">STAFF SCOLASTICO </w:t>
      </w:r>
      <w:r w:rsidR="00122A6C">
        <w:rPr>
          <w:rFonts w:ascii="Corbel" w:hAnsi="Corbel"/>
          <w:b/>
          <w:bCs/>
          <w:lang w:val="it-IT"/>
        </w:rPr>
        <w:t>E PERSONALE U.S.R. PER LA SARDEGNA</w:t>
      </w:r>
    </w:p>
    <w:p w14:paraId="468EDE8A" w14:textId="77777777" w:rsidR="00FF2EE1" w:rsidRPr="00D1391A" w:rsidRDefault="00472995" w:rsidP="000E1878">
      <w:pPr>
        <w:jc w:val="center"/>
        <w:rPr>
          <w:rFonts w:ascii="Corbel" w:hAnsi="Corbel"/>
          <w:b/>
          <w:bCs/>
          <w:lang w:val="it-IT"/>
        </w:rPr>
      </w:pPr>
      <w:r w:rsidRPr="00D1391A">
        <w:rPr>
          <w:rFonts w:ascii="Corbel" w:hAnsi="Corbel"/>
          <w:b/>
          <w:bCs/>
          <w:lang w:val="it-IT"/>
        </w:rPr>
        <w:t xml:space="preserve">CONSORZIO </w:t>
      </w:r>
      <w:r w:rsidR="00167A5D" w:rsidRPr="00D1391A">
        <w:rPr>
          <w:rFonts w:ascii="Corbel" w:hAnsi="Corbel"/>
          <w:b/>
          <w:bCs/>
          <w:lang w:val="it-IT"/>
        </w:rPr>
        <w:t>CODICE EUROPEO</w:t>
      </w:r>
      <w:r w:rsidR="006567E9" w:rsidRPr="00D1391A">
        <w:rPr>
          <w:rFonts w:ascii="Corbel" w:hAnsi="Corbel"/>
          <w:b/>
          <w:bCs/>
          <w:lang w:val="it-IT"/>
        </w:rPr>
        <w:t xml:space="preserve"> 2021-1-IT02-KA120-SCH-000045236</w:t>
      </w:r>
    </w:p>
    <w:p w14:paraId="09455B97" w14:textId="77777777" w:rsidR="00FF2EE1" w:rsidRPr="00D1391A" w:rsidRDefault="00167A5D" w:rsidP="000E1878">
      <w:pPr>
        <w:jc w:val="center"/>
        <w:rPr>
          <w:rFonts w:ascii="Corbel" w:hAnsi="Corbel"/>
          <w:b/>
          <w:bCs/>
          <w:sz w:val="20"/>
          <w:szCs w:val="20"/>
          <w:lang w:val="it-IT"/>
        </w:rPr>
      </w:pPr>
      <w:r w:rsidRPr="00D1391A">
        <w:rPr>
          <w:rFonts w:ascii="Corbel" w:hAnsi="Corbel"/>
          <w:b/>
          <w:bCs/>
          <w:sz w:val="20"/>
          <w:szCs w:val="20"/>
          <w:lang w:val="it-IT"/>
        </w:rPr>
        <w:t xml:space="preserve">ATTUAZIONE DEL PROGETTO </w:t>
      </w:r>
      <w:r w:rsidR="00C828EC" w:rsidRPr="00D1391A">
        <w:rPr>
          <w:rFonts w:ascii="Corbel" w:hAnsi="Corbel"/>
          <w:b/>
          <w:bCs/>
          <w:sz w:val="20"/>
          <w:szCs w:val="20"/>
          <w:lang w:val="it-IT"/>
        </w:rPr>
        <w:t>DI MOBILITÀ ERASMUS</w:t>
      </w:r>
      <w:r w:rsidR="00C2296A" w:rsidRPr="00D1391A">
        <w:rPr>
          <w:rFonts w:ascii="Corbel" w:hAnsi="Corbel"/>
          <w:b/>
          <w:bCs/>
          <w:sz w:val="20"/>
          <w:szCs w:val="20"/>
          <w:lang w:val="it-IT"/>
        </w:rPr>
        <w:t xml:space="preserve">+ </w:t>
      </w:r>
      <w:r w:rsidR="00C828EC" w:rsidRPr="00D1391A">
        <w:rPr>
          <w:rFonts w:ascii="Corbel" w:hAnsi="Corbel"/>
          <w:b/>
          <w:bCs/>
          <w:sz w:val="20"/>
          <w:szCs w:val="20"/>
          <w:lang w:val="it-IT"/>
        </w:rPr>
        <w:t xml:space="preserve">CODICE EUROPEO </w:t>
      </w:r>
      <w:r w:rsidR="0005537D" w:rsidRPr="00D1391A">
        <w:rPr>
          <w:rFonts w:ascii="Corbel" w:hAnsi="Corbel"/>
          <w:b/>
          <w:bCs/>
          <w:sz w:val="20"/>
          <w:szCs w:val="20"/>
          <w:lang w:val="it-IT"/>
        </w:rPr>
        <w:t>2025-1-IT02-KA121-SCH-000342991</w:t>
      </w:r>
    </w:p>
    <w:p w14:paraId="0A936C02" w14:textId="50F5C6E6" w:rsidR="004F297B" w:rsidRPr="00D1391A" w:rsidRDefault="0005537D" w:rsidP="000E1878">
      <w:pPr>
        <w:jc w:val="center"/>
        <w:rPr>
          <w:rFonts w:ascii="Corbel" w:hAnsi="Corbel"/>
          <w:b/>
          <w:bCs/>
          <w:lang w:val="it-IT"/>
        </w:rPr>
      </w:pPr>
      <w:r w:rsidRPr="00D1391A">
        <w:rPr>
          <w:rFonts w:ascii="Corbel" w:hAnsi="Corbel"/>
          <w:b/>
          <w:bCs/>
          <w:lang w:val="it-IT"/>
        </w:rPr>
        <w:t>P</w:t>
      </w:r>
      <w:r w:rsidR="00507CD1" w:rsidRPr="00D1391A">
        <w:rPr>
          <w:rFonts w:ascii="Corbel" w:hAnsi="Corbel"/>
          <w:b/>
          <w:bCs/>
          <w:lang w:val="it-IT"/>
        </w:rPr>
        <w:t>ERIODO</w:t>
      </w:r>
      <w:r w:rsidR="00183279" w:rsidRPr="00D1391A">
        <w:rPr>
          <w:rFonts w:ascii="Corbel" w:hAnsi="Corbel"/>
          <w:b/>
          <w:bCs/>
          <w:lang w:val="it-IT"/>
        </w:rPr>
        <w:t xml:space="preserve"> DI ATTUAZIONE</w:t>
      </w:r>
      <w:r w:rsidR="00507CD1" w:rsidRPr="00D1391A">
        <w:rPr>
          <w:rFonts w:ascii="Corbel" w:hAnsi="Corbel"/>
          <w:b/>
          <w:bCs/>
          <w:lang w:val="it-IT"/>
        </w:rPr>
        <w:t xml:space="preserve"> 01/06/2025 – 31/08/202</w:t>
      </w:r>
      <w:r w:rsidR="00183279" w:rsidRPr="00D1391A">
        <w:rPr>
          <w:rFonts w:ascii="Corbel" w:hAnsi="Corbel"/>
          <w:b/>
          <w:bCs/>
          <w:lang w:val="it-IT"/>
        </w:rPr>
        <w:t>6</w:t>
      </w:r>
    </w:p>
    <w:p w14:paraId="1C427455" w14:textId="77777777" w:rsidR="004631E7" w:rsidRPr="004631E7" w:rsidRDefault="004631E7" w:rsidP="00D1391A">
      <w:pPr>
        <w:pStyle w:val="Titolo1"/>
        <w:jc w:val="center"/>
        <w:rPr>
          <w:rFonts w:ascii="Corbel" w:hAnsi="Corbel"/>
          <w:noProof/>
          <w:lang w:val="it-IT"/>
        </w:rPr>
      </w:pPr>
      <w:r w:rsidRPr="004631E7">
        <w:rPr>
          <w:rFonts w:ascii="Corbel" w:hAnsi="Corbel"/>
          <w:noProof/>
          <w:lang w:val="it-IT"/>
        </w:rPr>
        <w:t>ALLEGATO 3 - GRIGLIA DI VALUTAZIONE</w:t>
      </w:r>
    </w:p>
    <w:p w14:paraId="3C75AEE1" w14:textId="77777777" w:rsidR="004631E7" w:rsidRPr="004631E7" w:rsidRDefault="004631E7" w:rsidP="00921372">
      <w:pPr>
        <w:jc w:val="center"/>
        <w:rPr>
          <w:rFonts w:ascii="Corbel" w:hAnsi="Corbel"/>
          <w:lang w:val="it-IT"/>
        </w:rPr>
      </w:pPr>
      <w:r w:rsidRPr="004631E7">
        <w:rPr>
          <w:rFonts w:ascii="Corbel" w:hAnsi="Corbel"/>
          <w:lang w:val="it-IT"/>
        </w:rPr>
        <w:t>Criteri e punteggi (max 100 punti + bonus):</w:t>
      </w:r>
    </w:p>
    <w:p w14:paraId="6172E649" w14:textId="013E8767" w:rsidR="00847066" w:rsidRPr="00921372" w:rsidRDefault="00847066" w:rsidP="009376E0">
      <w:pPr>
        <w:pStyle w:val="Paragrafoelenco"/>
        <w:numPr>
          <w:ilvl w:val="0"/>
          <w:numId w:val="13"/>
        </w:numPr>
        <w:jc w:val="both"/>
        <w:rPr>
          <w:rFonts w:ascii="Corbel" w:hAnsi="Corbel"/>
          <w:b/>
          <w:bCs/>
          <w:color w:val="365F91" w:themeColor="accent1" w:themeShade="BF"/>
          <w:lang w:val="it-IT"/>
        </w:rPr>
      </w:pPr>
      <w:r w:rsidRPr="00921372">
        <w:rPr>
          <w:rFonts w:ascii="Corbel" w:hAnsi="Corbel"/>
          <w:b/>
          <w:bCs/>
          <w:color w:val="365F91" w:themeColor="accent1" w:themeShade="BF"/>
          <w:lang w:val="it-IT"/>
        </w:rPr>
        <w:t>Motivazione e coerenza con PTOF e obiettivi consortili (max 30 punti)</w:t>
      </w:r>
    </w:p>
    <w:p w14:paraId="0FF96746" w14:textId="77777777" w:rsidR="00847066" w:rsidRPr="00847066" w:rsidRDefault="00847066" w:rsidP="00847066">
      <w:pPr>
        <w:ind w:left="720"/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b/>
          <w:bCs/>
          <w:lang w:val="it-IT"/>
        </w:rPr>
        <w:t>Indicatori e punteggi suggeriti:</w:t>
      </w:r>
    </w:p>
    <w:p w14:paraId="6DFB995B" w14:textId="77777777" w:rsidR="00847066" w:rsidRPr="00847066" w:rsidRDefault="00847066" w:rsidP="009376E0">
      <w:pPr>
        <w:numPr>
          <w:ilvl w:val="0"/>
          <w:numId w:val="7"/>
        </w:numPr>
        <w:tabs>
          <w:tab w:val="num" w:pos="72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b/>
          <w:bCs/>
          <w:lang w:val="it-IT"/>
        </w:rPr>
        <w:t>Chiarezza e completezza della motivazione</w:t>
      </w:r>
      <w:r w:rsidRPr="00847066">
        <w:rPr>
          <w:rFonts w:ascii="Corbel" w:hAnsi="Corbel"/>
          <w:lang w:val="it-IT"/>
        </w:rPr>
        <w:t xml:space="preserve"> </w:t>
      </w:r>
    </w:p>
    <w:p w14:paraId="68372959" w14:textId="77777777" w:rsidR="00847066" w:rsidRPr="00847066" w:rsidRDefault="00847066" w:rsidP="009376E0">
      <w:pPr>
        <w:numPr>
          <w:ilvl w:val="1"/>
          <w:numId w:val="7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Motivazione generica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0</w:t>
      </w:r>
      <w:r w:rsidRPr="00847066">
        <w:rPr>
          <w:rFonts w:ascii="Corbel" w:hAnsi="Corbel" w:cs="Corbel"/>
          <w:lang w:val="it-IT"/>
        </w:rPr>
        <w:t>–</w:t>
      </w:r>
      <w:r w:rsidRPr="00847066">
        <w:rPr>
          <w:rFonts w:ascii="Corbel" w:hAnsi="Corbel"/>
          <w:lang w:val="it-IT"/>
        </w:rPr>
        <w:t>5 punti</w:t>
      </w:r>
    </w:p>
    <w:p w14:paraId="273A2DC0" w14:textId="77777777" w:rsidR="00847066" w:rsidRPr="00847066" w:rsidRDefault="00847066" w:rsidP="009376E0">
      <w:pPr>
        <w:numPr>
          <w:ilvl w:val="1"/>
          <w:numId w:val="7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Motivazione chiara ma poco articolata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6</w:t>
      </w:r>
      <w:r w:rsidRPr="00847066">
        <w:rPr>
          <w:rFonts w:ascii="Corbel" w:hAnsi="Corbel" w:cs="Corbel"/>
          <w:lang w:val="it-IT"/>
        </w:rPr>
        <w:t>–</w:t>
      </w:r>
      <w:r w:rsidRPr="00847066">
        <w:rPr>
          <w:rFonts w:ascii="Corbel" w:hAnsi="Corbel"/>
          <w:lang w:val="it-IT"/>
        </w:rPr>
        <w:t>10 punti</w:t>
      </w:r>
    </w:p>
    <w:p w14:paraId="7DF9E03C" w14:textId="77777777" w:rsidR="00847066" w:rsidRPr="00847066" w:rsidRDefault="00847066" w:rsidP="009376E0">
      <w:pPr>
        <w:numPr>
          <w:ilvl w:val="1"/>
          <w:numId w:val="7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Motivazione ben strutturata, con riferimenti a obiettivi personali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11</w:t>
      </w:r>
      <w:r w:rsidRPr="00847066">
        <w:rPr>
          <w:rFonts w:ascii="Corbel" w:hAnsi="Corbel" w:cs="Corbel"/>
          <w:lang w:val="it-IT"/>
        </w:rPr>
        <w:t>–</w:t>
      </w:r>
      <w:r w:rsidRPr="00847066">
        <w:rPr>
          <w:rFonts w:ascii="Corbel" w:hAnsi="Corbel"/>
          <w:lang w:val="it-IT"/>
        </w:rPr>
        <w:t>15 punti</w:t>
      </w:r>
    </w:p>
    <w:p w14:paraId="761C548E" w14:textId="77777777" w:rsidR="00847066" w:rsidRPr="00847066" w:rsidRDefault="00847066" w:rsidP="009376E0">
      <w:pPr>
        <w:numPr>
          <w:ilvl w:val="0"/>
          <w:numId w:val="7"/>
        </w:numPr>
        <w:tabs>
          <w:tab w:val="num" w:pos="72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b/>
          <w:bCs/>
          <w:lang w:val="it-IT"/>
        </w:rPr>
        <w:t>Allineamento con PTOF e obiettivi del Piano Erasmus</w:t>
      </w:r>
      <w:r w:rsidRPr="00847066">
        <w:rPr>
          <w:rFonts w:ascii="Corbel" w:hAnsi="Corbel"/>
          <w:lang w:val="it-IT"/>
        </w:rPr>
        <w:t xml:space="preserve"> </w:t>
      </w:r>
    </w:p>
    <w:p w14:paraId="37E4C80B" w14:textId="77777777" w:rsidR="00847066" w:rsidRPr="00847066" w:rsidRDefault="00847066" w:rsidP="009376E0">
      <w:pPr>
        <w:numPr>
          <w:ilvl w:val="1"/>
          <w:numId w:val="7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Nessun riferimento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0 punti</w:t>
      </w:r>
    </w:p>
    <w:p w14:paraId="5EDB1C98" w14:textId="77777777" w:rsidR="00847066" w:rsidRPr="00847066" w:rsidRDefault="00847066" w:rsidP="009376E0">
      <w:pPr>
        <w:numPr>
          <w:ilvl w:val="1"/>
          <w:numId w:val="7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Riferimento parziale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5 punti</w:t>
      </w:r>
    </w:p>
    <w:p w14:paraId="16E4E1D1" w14:textId="77777777" w:rsidR="00847066" w:rsidRPr="00847066" w:rsidRDefault="00847066" w:rsidP="009376E0">
      <w:pPr>
        <w:numPr>
          <w:ilvl w:val="1"/>
          <w:numId w:val="7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Riferimento esplicito e coerente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10 punti</w:t>
      </w:r>
    </w:p>
    <w:p w14:paraId="65B7C64C" w14:textId="77777777" w:rsidR="00847066" w:rsidRPr="00847066" w:rsidRDefault="00847066" w:rsidP="009376E0">
      <w:pPr>
        <w:numPr>
          <w:ilvl w:val="0"/>
          <w:numId w:val="7"/>
        </w:numPr>
        <w:tabs>
          <w:tab w:val="num" w:pos="72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b/>
          <w:bCs/>
          <w:lang w:val="it-IT"/>
        </w:rPr>
        <w:t>Contributo allo sviluppo professionale e alla scuola</w:t>
      </w:r>
      <w:r w:rsidRPr="00847066">
        <w:rPr>
          <w:rFonts w:ascii="Corbel" w:hAnsi="Corbel"/>
          <w:lang w:val="it-IT"/>
        </w:rPr>
        <w:t xml:space="preserve"> </w:t>
      </w:r>
    </w:p>
    <w:p w14:paraId="563F345D" w14:textId="77777777" w:rsidR="00847066" w:rsidRPr="00847066" w:rsidRDefault="00847066" w:rsidP="009376E0">
      <w:pPr>
        <w:numPr>
          <w:ilvl w:val="1"/>
          <w:numId w:val="7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Non indicato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0 punti</w:t>
      </w:r>
    </w:p>
    <w:p w14:paraId="51C8BD0F" w14:textId="77777777" w:rsidR="00847066" w:rsidRPr="00847066" w:rsidRDefault="00847066" w:rsidP="009376E0">
      <w:pPr>
        <w:numPr>
          <w:ilvl w:val="1"/>
          <w:numId w:val="7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Indicazione generica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2</w:t>
      </w:r>
      <w:r w:rsidRPr="00847066">
        <w:rPr>
          <w:rFonts w:ascii="Corbel" w:hAnsi="Corbel" w:cs="Corbel"/>
          <w:lang w:val="it-IT"/>
        </w:rPr>
        <w:t>–</w:t>
      </w:r>
      <w:r w:rsidRPr="00847066">
        <w:rPr>
          <w:rFonts w:ascii="Corbel" w:hAnsi="Corbel"/>
          <w:lang w:val="it-IT"/>
        </w:rPr>
        <w:t>4 punti</w:t>
      </w:r>
    </w:p>
    <w:p w14:paraId="1D09CA28" w14:textId="77777777" w:rsidR="00847066" w:rsidRPr="00847066" w:rsidRDefault="00847066" w:rsidP="009376E0">
      <w:pPr>
        <w:numPr>
          <w:ilvl w:val="1"/>
          <w:numId w:val="7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Indicazione chiara e misurabile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5 punti</w:t>
      </w:r>
    </w:p>
    <w:p w14:paraId="1B9D34FA" w14:textId="77777777" w:rsidR="00847066" w:rsidRPr="00847066" w:rsidRDefault="00000000" w:rsidP="00847066">
      <w:pPr>
        <w:jc w:val="both"/>
        <w:rPr>
          <w:rFonts w:ascii="Corbel" w:hAnsi="Corbel"/>
          <w:lang w:val="it-IT"/>
        </w:rPr>
      </w:pPr>
      <w:r>
        <w:rPr>
          <w:rFonts w:ascii="Corbel" w:hAnsi="Corbel"/>
          <w:lang w:val="it-IT"/>
        </w:rPr>
        <w:lastRenderedPageBreak/>
        <w:pict w14:anchorId="463BE5FF">
          <v:rect id="_x0000_i1025" style="width:0;height:1.5pt" o:hralign="center" o:hrstd="t" o:hr="t" fillcolor="#a0a0a0" stroked="f"/>
        </w:pict>
      </w:r>
    </w:p>
    <w:p w14:paraId="7906297E" w14:textId="333727A2" w:rsidR="00847066" w:rsidRPr="00921372" w:rsidRDefault="00847066" w:rsidP="009376E0">
      <w:pPr>
        <w:pStyle w:val="Paragrafoelenco"/>
        <w:numPr>
          <w:ilvl w:val="0"/>
          <w:numId w:val="13"/>
        </w:numPr>
        <w:jc w:val="both"/>
        <w:rPr>
          <w:rFonts w:ascii="Corbel" w:hAnsi="Corbel"/>
          <w:b/>
          <w:bCs/>
          <w:color w:val="365F91" w:themeColor="accent1" w:themeShade="BF"/>
          <w:lang w:val="it-IT"/>
        </w:rPr>
      </w:pPr>
      <w:r w:rsidRPr="00921372">
        <w:rPr>
          <w:rFonts w:ascii="Corbel" w:hAnsi="Corbel"/>
          <w:b/>
          <w:bCs/>
          <w:color w:val="365F91" w:themeColor="accent1" w:themeShade="BF"/>
          <w:lang w:val="it-IT"/>
        </w:rPr>
        <w:t>Ricaduta e disseminazione (max 25 punti)</w:t>
      </w:r>
    </w:p>
    <w:p w14:paraId="7C72BC55" w14:textId="77777777" w:rsidR="00847066" w:rsidRPr="00847066" w:rsidRDefault="00847066" w:rsidP="00847066">
      <w:pPr>
        <w:ind w:left="720"/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b/>
          <w:bCs/>
          <w:lang w:val="it-IT"/>
        </w:rPr>
        <w:t>Indicatori e punteggi suggeriti:</w:t>
      </w:r>
    </w:p>
    <w:p w14:paraId="58B008EE" w14:textId="77777777" w:rsidR="00847066" w:rsidRPr="00847066" w:rsidRDefault="00847066" w:rsidP="009376E0">
      <w:pPr>
        <w:numPr>
          <w:ilvl w:val="0"/>
          <w:numId w:val="8"/>
        </w:numPr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b/>
          <w:bCs/>
          <w:lang w:val="it-IT"/>
        </w:rPr>
        <w:t>Piano di ricaduta realistico e dettagliato</w:t>
      </w:r>
      <w:r w:rsidRPr="00847066">
        <w:rPr>
          <w:rFonts w:ascii="Corbel" w:hAnsi="Corbel"/>
          <w:lang w:val="it-IT"/>
        </w:rPr>
        <w:t xml:space="preserve"> </w:t>
      </w:r>
    </w:p>
    <w:p w14:paraId="74537CA2" w14:textId="77777777" w:rsidR="00847066" w:rsidRPr="00847066" w:rsidRDefault="00847066" w:rsidP="009376E0">
      <w:pPr>
        <w:numPr>
          <w:ilvl w:val="1"/>
          <w:numId w:val="8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Assente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0 punti</w:t>
      </w:r>
    </w:p>
    <w:p w14:paraId="41E13B74" w14:textId="77777777" w:rsidR="00847066" w:rsidRPr="00847066" w:rsidRDefault="00847066" w:rsidP="009376E0">
      <w:pPr>
        <w:numPr>
          <w:ilvl w:val="1"/>
          <w:numId w:val="8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Generico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5</w:t>
      </w:r>
      <w:r w:rsidRPr="00847066">
        <w:rPr>
          <w:rFonts w:ascii="Corbel" w:hAnsi="Corbel" w:cs="Corbel"/>
          <w:lang w:val="it-IT"/>
        </w:rPr>
        <w:t>–</w:t>
      </w:r>
      <w:r w:rsidRPr="00847066">
        <w:rPr>
          <w:rFonts w:ascii="Corbel" w:hAnsi="Corbel"/>
          <w:lang w:val="it-IT"/>
        </w:rPr>
        <w:t>10 punti</w:t>
      </w:r>
    </w:p>
    <w:p w14:paraId="78B29A7E" w14:textId="77777777" w:rsidR="00847066" w:rsidRPr="00847066" w:rsidRDefault="00847066" w:rsidP="009376E0">
      <w:pPr>
        <w:numPr>
          <w:ilvl w:val="1"/>
          <w:numId w:val="8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Dettagliato con azioni concrete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11</w:t>
      </w:r>
      <w:r w:rsidRPr="00847066">
        <w:rPr>
          <w:rFonts w:ascii="Corbel" w:hAnsi="Corbel" w:cs="Corbel"/>
          <w:lang w:val="it-IT"/>
        </w:rPr>
        <w:t>–</w:t>
      </w:r>
      <w:r w:rsidRPr="00847066">
        <w:rPr>
          <w:rFonts w:ascii="Corbel" w:hAnsi="Corbel"/>
          <w:lang w:val="it-IT"/>
        </w:rPr>
        <w:t>15 punti</w:t>
      </w:r>
    </w:p>
    <w:p w14:paraId="76DDCD4E" w14:textId="77777777" w:rsidR="00847066" w:rsidRPr="00847066" w:rsidRDefault="00847066" w:rsidP="009376E0">
      <w:pPr>
        <w:numPr>
          <w:ilvl w:val="0"/>
          <w:numId w:val="8"/>
        </w:numPr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b/>
          <w:bCs/>
          <w:lang w:val="it-IT"/>
        </w:rPr>
        <w:t>Azioni di disseminazione interne/esterne</w:t>
      </w:r>
      <w:r w:rsidRPr="00847066">
        <w:rPr>
          <w:rFonts w:ascii="Corbel" w:hAnsi="Corbel"/>
          <w:lang w:val="it-IT"/>
        </w:rPr>
        <w:t xml:space="preserve"> </w:t>
      </w:r>
    </w:p>
    <w:p w14:paraId="361A1B27" w14:textId="77777777" w:rsidR="00847066" w:rsidRPr="00847066" w:rsidRDefault="00847066" w:rsidP="009376E0">
      <w:pPr>
        <w:numPr>
          <w:ilvl w:val="1"/>
          <w:numId w:val="8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Nessuna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0 punti</w:t>
      </w:r>
    </w:p>
    <w:p w14:paraId="22907DB6" w14:textId="77777777" w:rsidR="00847066" w:rsidRPr="00847066" w:rsidRDefault="00847066" w:rsidP="009376E0">
      <w:pPr>
        <w:numPr>
          <w:ilvl w:val="1"/>
          <w:numId w:val="8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Solo interne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3</w:t>
      </w:r>
      <w:r w:rsidRPr="00847066">
        <w:rPr>
          <w:rFonts w:ascii="Corbel" w:hAnsi="Corbel" w:cs="Corbel"/>
          <w:lang w:val="it-IT"/>
        </w:rPr>
        <w:t>–</w:t>
      </w:r>
      <w:r w:rsidRPr="00847066">
        <w:rPr>
          <w:rFonts w:ascii="Corbel" w:hAnsi="Corbel"/>
          <w:lang w:val="it-IT"/>
        </w:rPr>
        <w:t>5 punti</w:t>
      </w:r>
    </w:p>
    <w:p w14:paraId="1C338117" w14:textId="77777777" w:rsidR="00847066" w:rsidRPr="00847066" w:rsidRDefault="00847066" w:rsidP="009376E0">
      <w:pPr>
        <w:numPr>
          <w:ilvl w:val="1"/>
          <w:numId w:val="8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Interne + esterne (es. eventi territoriali, materiali online)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6</w:t>
      </w:r>
      <w:r w:rsidRPr="00847066">
        <w:rPr>
          <w:rFonts w:ascii="Corbel" w:hAnsi="Corbel" w:cs="Corbel"/>
          <w:lang w:val="it-IT"/>
        </w:rPr>
        <w:t>–</w:t>
      </w:r>
      <w:r w:rsidRPr="00847066">
        <w:rPr>
          <w:rFonts w:ascii="Corbel" w:hAnsi="Corbel"/>
          <w:lang w:val="it-IT"/>
        </w:rPr>
        <w:t>10 punti</w:t>
      </w:r>
    </w:p>
    <w:p w14:paraId="7EEC1E40" w14:textId="77777777" w:rsidR="00847066" w:rsidRPr="00847066" w:rsidRDefault="00000000" w:rsidP="00847066">
      <w:pPr>
        <w:jc w:val="both"/>
        <w:rPr>
          <w:rFonts w:ascii="Corbel" w:hAnsi="Corbel"/>
          <w:lang w:val="it-IT"/>
        </w:rPr>
      </w:pPr>
      <w:r>
        <w:rPr>
          <w:rFonts w:ascii="Corbel" w:hAnsi="Corbel"/>
          <w:lang w:val="it-IT"/>
        </w:rPr>
        <w:pict w14:anchorId="02F351D1">
          <v:rect id="_x0000_i1026" style="width:0;height:1.5pt" o:hralign="center" o:hrstd="t" o:hr="t" fillcolor="#a0a0a0" stroked="f"/>
        </w:pict>
      </w:r>
    </w:p>
    <w:p w14:paraId="435187B8" w14:textId="285C4A79" w:rsidR="00847066" w:rsidRPr="00921372" w:rsidRDefault="00847066" w:rsidP="009376E0">
      <w:pPr>
        <w:pStyle w:val="Paragrafoelenco"/>
        <w:numPr>
          <w:ilvl w:val="0"/>
          <w:numId w:val="13"/>
        </w:numPr>
        <w:jc w:val="both"/>
        <w:rPr>
          <w:rFonts w:ascii="Corbel" w:hAnsi="Corbel"/>
          <w:b/>
          <w:bCs/>
          <w:color w:val="365F91" w:themeColor="accent1" w:themeShade="BF"/>
          <w:lang w:val="it-IT"/>
        </w:rPr>
      </w:pPr>
      <w:r w:rsidRPr="00921372">
        <w:rPr>
          <w:rFonts w:ascii="Corbel" w:hAnsi="Corbel"/>
          <w:b/>
          <w:bCs/>
          <w:color w:val="365F91" w:themeColor="accent1" w:themeShade="BF"/>
          <w:lang w:val="it-IT"/>
        </w:rPr>
        <w:t>Competenze pregresse e potenziale (max 20 punti)</w:t>
      </w:r>
    </w:p>
    <w:p w14:paraId="29D06B19" w14:textId="77777777" w:rsidR="00847066" w:rsidRPr="00847066" w:rsidRDefault="00847066" w:rsidP="00847066">
      <w:pPr>
        <w:ind w:left="720"/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b/>
          <w:bCs/>
          <w:lang w:val="it-IT"/>
        </w:rPr>
        <w:t>Indicatori e punteggi suggeriti:</w:t>
      </w:r>
    </w:p>
    <w:p w14:paraId="3BA95BF9" w14:textId="77777777" w:rsidR="00847066" w:rsidRPr="00847066" w:rsidRDefault="00847066" w:rsidP="009376E0">
      <w:pPr>
        <w:numPr>
          <w:ilvl w:val="0"/>
          <w:numId w:val="9"/>
        </w:numPr>
        <w:tabs>
          <w:tab w:val="clear" w:pos="1080"/>
          <w:tab w:val="num" w:pos="72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b/>
          <w:bCs/>
          <w:lang w:val="it-IT"/>
        </w:rPr>
        <w:t>Esperienze Erasmus/eTwinning o progetti europei</w:t>
      </w:r>
      <w:r w:rsidRPr="00847066">
        <w:rPr>
          <w:rFonts w:ascii="Corbel" w:hAnsi="Corbel"/>
          <w:lang w:val="it-IT"/>
        </w:rPr>
        <w:t xml:space="preserve"> </w:t>
      </w:r>
    </w:p>
    <w:p w14:paraId="6B3A3AA4" w14:textId="77777777" w:rsidR="00847066" w:rsidRPr="00847066" w:rsidRDefault="00847066" w:rsidP="009376E0">
      <w:pPr>
        <w:numPr>
          <w:ilvl w:val="1"/>
          <w:numId w:val="9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Nessuna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0 punti</w:t>
      </w:r>
    </w:p>
    <w:p w14:paraId="33E8A7F4" w14:textId="77777777" w:rsidR="00847066" w:rsidRPr="00847066" w:rsidRDefault="00847066" w:rsidP="009376E0">
      <w:pPr>
        <w:numPr>
          <w:ilvl w:val="1"/>
          <w:numId w:val="9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Una esperienza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5 punti</w:t>
      </w:r>
    </w:p>
    <w:p w14:paraId="7F801793" w14:textId="77777777" w:rsidR="00847066" w:rsidRPr="00847066" w:rsidRDefault="00847066" w:rsidP="009376E0">
      <w:pPr>
        <w:numPr>
          <w:ilvl w:val="1"/>
          <w:numId w:val="9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Più esperienze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8</w:t>
      </w:r>
      <w:r w:rsidRPr="00847066">
        <w:rPr>
          <w:rFonts w:ascii="Corbel" w:hAnsi="Corbel" w:cs="Corbel"/>
          <w:lang w:val="it-IT"/>
        </w:rPr>
        <w:t>–</w:t>
      </w:r>
      <w:r w:rsidRPr="00847066">
        <w:rPr>
          <w:rFonts w:ascii="Corbel" w:hAnsi="Corbel"/>
          <w:lang w:val="it-IT"/>
        </w:rPr>
        <w:t>10 punti</w:t>
      </w:r>
    </w:p>
    <w:p w14:paraId="70155DBB" w14:textId="77777777" w:rsidR="00847066" w:rsidRPr="00847066" w:rsidRDefault="00847066" w:rsidP="009376E0">
      <w:pPr>
        <w:numPr>
          <w:ilvl w:val="0"/>
          <w:numId w:val="9"/>
        </w:numPr>
        <w:tabs>
          <w:tab w:val="clear" w:pos="1080"/>
          <w:tab w:val="num" w:pos="72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b/>
          <w:bCs/>
          <w:lang w:val="it-IT"/>
        </w:rPr>
        <w:t>Competenze digitali e linguistiche</w:t>
      </w:r>
      <w:r w:rsidRPr="00847066">
        <w:rPr>
          <w:rFonts w:ascii="Corbel" w:hAnsi="Corbel"/>
          <w:lang w:val="it-IT"/>
        </w:rPr>
        <w:t xml:space="preserve"> </w:t>
      </w:r>
    </w:p>
    <w:p w14:paraId="7EB9CE88" w14:textId="77777777" w:rsidR="00847066" w:rsidRPr="00847066" w:rsidRDefault="00847066" w:rsidP="009376E0">
      <w:pPr>
        <w:numPr>
          <w:ilvl w:val="1"/>
          <w:numId w:val="9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Livello base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0</w:t>
      </w:r>
      <w:r w:rsidRPr="00847066">
        <w:rPr>
          <w:rFonts w:ascii="Corbel" w:hAnsi="Corbel" w:cs="Corbel"/>
          <w:lang w:val="it-IT"/>
        </w:rPr>
        <w:t>–</w:t>
      </w:r>
      <w:r w:rsidRPr="00847066">
        <w:rPr>
          <w:rFonts w:ascii="Corbel" w:hAnsi="Corbel"/>
          <w:lang w:val="it-IT"/>
        </w:rPr>
        <w:t>4 punti</w:t>
      </w:r>
    </w:p>
    <w:p w14:paraId="3935447F" w14:textId="77777777" w:rsidR="00847066" w:rsidRPr="00847066" w:rsidRDefault="00847066" w:rsidP="009376E0">
      <w:pPr>
        <w:numPr>
          <w:ilvl w:val="1"/>
          <w:numId w:val="9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Livello intermedio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5</w:t>
      </w:r>
      <w:r w:rsidRPr="00847066">
        <w:rPr>
          <w:rFonts w:ascii="Corbel" w:hAnsi="Corbel" w:cs="Corbel"/>
          <w:lang w:val="it-IT"/>
        </w:rPr>
        <w:t>–</w:t>
      </w:r>
      <w:r w:rsidRPr="00847066">
        <w:rPr>
          <w:rFonts w:ascii="Corbel" w:hAnsi="Corbel"/>
          <w:lang w:val="it-IT"/>
        </w:rPr>
        <w:t>7 punti</w:t>
      </w:r>
    </w:p>
    <w:p w14:paraId="4B91972D" w14:textId="77777777" w:rsidR="00847066" w:rsidRPr="00847066" w:rsidRDefault="00847066" w:rsidP="009376E0">
      <w:pPr>
        <w:numPr>
          <w:ilvl w:val="1"/>
          <w:numId w:val="9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Livello avanzato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8</w:t>
      </w:r>
      <w:r w:rsidRPr="00847066">
        <w:rPr>
          <w:rFonts w:ascii="Corbel" w:hAnsi="Corbel" w:cs="Corbel"/>
          <w:lang w:val="it-IT"/>
        </w:rPr>
        <w:t>–</w:t>
      </w:r>
      <w:r w:rsidRPr="00847066">
        <w:rPr>
          <w:rFonts w:ascii="Corbel" w:hAnsi="Corbel"/>
          <w:lang w:val="it-IT"/>
        </w:rPr>
        <w:t>10 punti</w:t>
      </w:r>
    </w:p>
    <w:p w14:paraId="2B61676D" w14:textId="77777777" w:rsidR="00847066" w:rsidRPr="00847066" w:rsidRDefault="00000000" w:rsidP="00847066">
      <w:pPr>
        <w:jc w:val="both"/>
        <w:rPr>
          <w:rFonts w:ascii="Corbel" w:hAnsi="Corbel"/>
          <w:lang w:val="it-IT"/>
        </w:rPr>
      </w:pPr>
      <w:r>
        <w:rPr>
          <w:rFonts w:ascii="Corbel" w:hAnsi="Corbel"/>
          <w:lang w:val="it-IT"/>
        </w:rPr>
        <w:lastRenderedPageBreak/>
        <w:pict w14:anchorId="4B9671CD">
          <v:rect id="_x0000_i1027" style="width:0;height:1.5pt" o:hralign="center" o:hrstd="t" o:hr="t" fillcolor="#a0a0a0" stroked="f"/>
        </w:pict>
      </w:r>
    </w:p>
    <w:p w14:paraId="52C97E6A" w14:textId="46B1B569" w:rsidR="00847066" w:rsidRPr="00921372" w:rsidRDefault="00847066" w:rsidP="009376E0">
      <w:pPr>
        <w:pStyle w:val="Paragrafoelenco"/>
        <w:numPr>
          <w:ilvl w:val="0"/>
          <w:numId w:val="13"/>
        </w:numPr>
        <w:jc w:val="both"/>
        <w:rPr>
          <w:rFonts w:ascii="Corbel" w:hAnsi="Corbel"/>
          <w:b/>
          <w:bCs/>
          <w:color w:val="365F91" w:themeColor="accent1" w:themeShade="BF"/>
          <w:lang w:val="it-IT"/>
        </w:rPr>
      </w:pPr>
      <w:r w:rsidRPr="00921372">
        <w:rPr>
          <w:rFonts w:ascii="Corbel" w:hAnsi="Corbel"/>
          <w:b/>
          <w:bCs/>
          <w:color w:val="365F91" w:themeColor="accent1" w:themeShade="BF"/>
          <w:lang w:val="it-IT"/>
        </w:rPr>
        <w:t>Inclusione e pari opportunità (max 15 punti)</w:t>
      </w:r>
    </w:p>
    <w:p w14:paraId="17037CBB" w14:textId="77777777" w:rsidR="00847066" w:rsidRPr="00847066" w:rsidRDefault="00847066" w:rsidP="00847066">
      <w:pPr>
        <w:ind w:left="720"/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b/>
          <w:bCs/>
          <w:lang w:val="it-IT"/>
        </w:rPr>
        <w:t>Indicatori e punteggi suggeriti:</w:t>
      </w:r>
    </w:p>
    <w:p w14:paraId="7BD4CBB3" w14:textId="77777777" w:rsidR="00847066" w:rsidRPr="00847066" w:rsidRDefault="00847066" w:rsidP="009376E0">
      <w:pPr>
        <w:numPr>
          <w:ilvl w:val="0"/>
          <w:numId w:val="10"/>
        </w:numPr>
        <w:tabs>
          <w:tab w:val="num" w:pos="72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b/>
          <w:bCs/>
          <w:lang w:val="it-IT"/>
        </w:rPr>
        <w:t>Coinvolgimento di contesti svantaggiati (aree interne, BES)</w:t>
      </w:r>
      <w:r w:rsidRPr="00847066">
        <w:rPr>
          <w:rFonts w:ascii="Corbel" w:hAnsi="Corbel"/>
          <w:lang w:val="it-IT"/>
        </w:rPr>
        <w:t xml:space="preserve"> </w:t>
      </w:r>
    </w:p>
    <w:p w14:paraId="2D9793F4" w14:textId="77777777" w:rsidR="00847066" w:rsidRPr="00847066" w:rsidRDefault="00847066" w:rsidP="009376E0">
      <w:pPr>
        <w:numPr>
          <w:ilvl w:val="1"/>
          <w:numId w:val="10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Non indicato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0 punti</w:t>
      </w:r>
    </w:p>
    <w:p w14:paraId="2B13D048" w14:textId="77777777" w:rsidR="00847066" w:rsidRPr="00847066" w:rsidRDefault="00847066" w:rsidP="009376E0">
      <w:pPr>
        <w:numPr>
          <w:ilvl w:val="1"/>
          <w:numId w:val="10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Indicazione generica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5</w:t>
      </w:r>
      <w:r w:rsidRPr="00847066">
        <w:rPr>
          <w:rFonts w:ascii="Corbel" w:hAnsi="Corbel" w:cs="Corbel"/>
          <w:lang w:val="it-IT"/>
        </w:rPr>
        <w:t>–</w:t>
      </w:r>
      <w:r w:rsidRPr="00847066">
        <w:rPr>
          <w:rFonts w:ascii="Corbel" w:hAnsi="Corbel"/>
          <w:lang w:val="it-IT"/>
        </w:rPr>
        <w:t>8 punti</w:t>
      </w:r>
    </w:p>
    <w:p w14:paraId="322A2F6D" w14:textId="77777777" w:rsidR="00847066" w:rsidRPr="00847066" w:rsidRDefault="00847066" w:rsidP="009376E0">
      <w:pPr>
        <w:numPr>
          <w:ilvl w:val="1"/>
          <w:numId w:val="10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Piano chiaro con azioni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9</w:t>
      </w:r>
      <w:r w:rsidRPr="00847066">
        <w:rPr>
          <w:rFonts w:ascii="Corbel" w:hAnsi="Corbel" w:cs="Corbel"/>
          <w:lang w:val="it-IT"/>
        </w:rPr>
        <w:t>–</w:t>
      </w:r>
      <w:r w:rsidRPr="00847066">
        <w:rPr>
          <w:rFonts w:ascii="Corbel" w:hAnsi="Corbel"/>
          <w:lang w:val="it-IT"/>
        </w:rPr>
        <w:t>12 punti</w:t>
      </w:r>
    </w:p>
    <w:p w14:paraId="176A3733" w14:textId="77777777" w:rsidR="00847066" w:rsidRPr="00847066" w:rsidRDefault="00847066" w:rsidP="009376E0">
      <w:pPr>
        <w:numPr>
          <w:ilvl w:val="0"/>
          <w:numId w:val="10"/>
        </w:numPr>
        <w:tabs>
          <w:tab w:val="num" w:pos="72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b/>
          <w:bCs/>
          <w:lang w:val="it-IT"/>
        </w:rPr>
        <w:t>Accessibilità dei materiali e attività</w:t>
      </w:r>
      <w:r w:rsidRPr="00847066">
        <w:rPr>
          <w:rFonts w:ascii="Corbel" w:hAnsi="Corbel"/>
          <w:lang w:val="it-IT"/>
        </w:rPr>
        <w:t xml:space="preserve"> </w:t>
      </w:r>
    </w:p>
    <w:p w14:paraId="60D467C2" w14:textId="77777777" w:rsidR="00847066" w:rsidRPr="00847066" w:rsidRDefault="00847066" w:rsidP="009376E0">
      <w:pPr>
        <w:numPr>
          <w:ilvl w:val="1"/>
          <w:numId w:val="10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Non prevista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0 punti</w:t>
      </w:r>
    </w:p>
    <w:p w14:paraId="4F9D5B36" w14:textId="77777777" w:rsidR="00847066" w:rsidRPr="00847066" w:rsidRDefault="00847066" w:rsidP="009376E0">
      <w:pPr>
        <w:numPr>
          <w:ilvl w:val="1"/>
          <w:numId w:val="10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Prevista in modo generico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1</w:t>
      </w:r>
      <w:r w:rsidRPr="00847066">
        <w:rPr>
          <w:rFonts w:ascii="Corbel" w:hAnsi="Corbel" w:cs="Corbel"/>
          <w:lang w:val="it-IT"/>
        </w:rPr>
        <w:t>–</w:t>
      </w:r>
      <w:r w:rsidRPr="00847066">
        <w:rPr>
          <w:rFonts w:ascii="Corbel" w:hAnsi="Corbel"/>
          <w:lang w:val="it-IT"/>
        </w:rPr>
        <w:t>2 punti</w:t>
      </w:r>
    </w:p>
    <w:p w14:paraId="62C1095F" w14:textId="77777777" w:rsidR="00847066" w:rsidRPr="00847066" w:rsidRDefault="00847066" w:rsidP="009376E0">
      <w:pPr>
        <w:numPr>
          <w:ilvl w:val="1"/>
          <w:numId w:val="10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Prevista in modo dettagliato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3 punti</w:t>
      </w:r>
    </w:p>
    <w:p w14:paraId="22916ACA" w14:textId="77777777" w:rsidR="00847066" w:rsidRPr="00847066" w:rsidRDefault="00000000" w:rsidP="00847066">
      <w:pPr>
        <w:jc w:val="both"/>
        <w:rPr>
          <w:rFonts w:ascii="Corbel" w:hAnsi="Corbel"/>
          <w:lang w:val="it-IT"/>
        </w:rPr>
      </w:pPr>
      <w:r>
        <w:rPr>
          <w:rFonts w:ascii="Corbel" w:hAnsi="Corbel"/>
          <w:lang w:val="it-IT"/>
        </w:rPr>
        <w:pict w14:anchorId="6598AC20">
          <v:rect id="_x0000_i1028" style="width:0;height:1.5pt" o:hralign="center" o:hrstd="t" o:hr="t" fillcolor="#a0a0a0" stroked="f"/>
        </w:pict>
      </w:r>
    </w:p>
    <w:p w14:paraId="3FBA82BA" w14:textId="785F36EE" w:rsidR="00847066" w:rsidRPr="00921372" w:rsidRDefault="00847066" w:rsidP="009376E0">
      <w:pPr>
        <w:pStyle w:val="Paragrafoelenco"/>
        <w:numPr>
          <w:ilvl w:val="0"/>
          <w:numId w:val="13"/>
        </w:numPr>
        <w:jc w:val="both"/>
        <w:rPr>
          <w:rFonts w:ascii="Corbel" w:hAnsi="Corbel"/>
          <w:b/>
          <w:bCs/>
          <w:color w:val="365F91" w:themeColor="accent1" w:themeShade="BF"/>
          <w:lang w:val="it-IT"/>
        </w:rPr>
      </w:pPr>
      <w:r w:rsidRPr="00921372">
        <w:rPr>
          <w:rFonts w:ascii="Corbel" w:hAnsi="Corbel"/>
          <w:b/>
          <w:bCs/>
          <w:color w:val="365F91" w:themeColor="accent1" w:themeShade="BF"/>
          <w:lang w:val="it-IT"/>
        </w:rPr>
        <w:t>Sostenibilità del viaggio (max 10 punti)</w:t>
      </w:r>
    </w:p>
    <w:p w14:paraId="7135EE03" w14:textId="77777777" w:rsidR="00847066" w:rsidRPr="00847066" w:rsidRDefault="00847066" w:rsidP="00847066">
      <w:pPr>
        <w:ind w:left="720"/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b/>
          <w:bCs/>
          <w:lang w:val="it-IT"/>
        </w:rPr>
        <w:t>Indicatori e punteggi suggeriti:</w:t>
      </w:r>
    </w:p>
    <w:p w14:paraId="3CF8DE21" w14:textId="77777777" w:rsidR="00847066" w:rsidRPr="00847066" w:rsidRDefault="00847066" w:rsidP="009376E0">
      <w:pPr>
        <w:numPr>
          <w:ilvl w:val="0"/>
          <w:numId w:val="11"/>
        </w:numPr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b/>
          <w:bCs/>
          <w:lang w:val="it-IT"/>
        </w:rPr>
        <w:t>Impegno per green travel</w:t>
      </w:r>
      <w:r w:rsidRPr="00847066">
        <w:rPr>
          <w:rFonts w:ascii="Corbel" w:hAnsi="Corbel"/>
          <w:lang w:val="it-IT"/>
        </w:rPr>
        <w:t xml:space="preserve"> </w:t>
      </w:r>
    </w:p>
    <w:p w14:paraId="326E6757" w14:textId="77777777" w:rsidR="00847066" w:rsidRPr="00847066" w:rsidRDefault="00847066" w:rsidP="009376E0">
      <w:pPr>
        <w:numPr>
          <w:ilvl w:val="1"/>
          <w:numId w:val="11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Non indicato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0 punti</w:t>
      </w:r>
    </w:p>
    <w:p w14:paraId="507F35CB" w14:textId="77777777" w:rsidR="00847066" w:rsidRPr="00847066" w:rsidRDefault="00847066" w:rsidP="009376E0">
      <w:pPr>
        <w:numPr>
          <w:ilvl w:val="1"/>
          <w:numId w:val="11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Indicazione generica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3</w:t>
      </w:r>
      <w:r w:rsidRPr="00847066">
        <w:rPr>
          <w:rFonts w:ascii="Corbel" w:hAnsi="Corbel" w:cs="Corbel"/>
          <w:lang w:val="it-IT"/>
        </w:rPr>
        <w:t>–</w:t>
      </w:r>
      <w:r w:rsidRPr="00847066">
        <w:rPr>
          <w:rFonts w:ascii="Corbel" w:hAnsi="Corbel"/>
          <w:lang w:val="it-IT"/>
        </w:rPr>
        <w:t>5 punti</w:t>
      </w:r>
    </w:p>
    <w:p w14:paraId="3B3F87A2" w14:textId="77777777" w:rsidR="00847066" w:rsidRPr="00847066" w:rsidRDefault="00847066" w:rsidP="009376E0">
      <w:pPr>
        <w:numPr>
          <w:ilvl w:val="1"/>
          <w:numId w:val="11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Piano chiaro (es. treno, compensazioni)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6 punti</w:t>
      </w:r>
    </w:p>
    <w:p w14:paraId="0F43385B" w14:textId="77777777" w:rsidR="00847066" w:rsidRPr="00847066" w:rsidRDefault="00847066" w:rsidP="009376E0">
      <w:pPr>
        <w:numPr>
          <w:ilvl w:val="0"/>
          <w:numId w:val="11"/>
        </w:numPr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b/>
          <w:bCs/>
          <w:lang w:val="it-IT"/>
        </w:rPr>
        <w:t>Pratiche eco-friendly (riduzione carta, uso digitale)</w:t>
      </w:r>
      <w:r w:rsidRPr="00847066">
        <w:rPr>
          <w:rFonts w:ascii="Corbel" w:hAnsi="Corbel"/>
          <w:lang w:val="it-IT"/>
        </w:rPr>
        <w:t xml:space="preserve"> </w:t>
      </w:r>
    </w:p>
    <w:p w14:paraId="20D5C11E" w14:textId="77777777" w:rsidR="00847066" w:rsidRPr="00847066" w:rsidRDefault="00847066" w:rsidP="009376E0">
      <w:pPr>
        <w:numPr>
          <w:ilvl w:val="1"/>
          <w:numId w:val="11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Non indicate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0 punti</w:t>
      </w:r>
    </w:p>
    <w:p w14:paraId="435E6F5E" w14:textId="77777777" w:rsidR="00847066" w:rsidRPr="00847066" w:rsidRDefault="00847066" w:rsidP="009376E0">
      <w:pPr>
        <w:numPr>
          <w:ilvl w:val="1"/>
          <w:numId w:val="11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Indicazione generica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1</w:t>
      </w:r>
      <w:r w:rsidRPr="00847066">
        <w:rPr>
          <w:rFonts w:ascii="Corbel" w:hAnsi="Corbel" w:cs="Corbel"/>
          <w:lang w:val="it-IT"/>
        </w:rPr>
        <w:t>–</w:t>
      </w:r>
      <w:r w:rsidRPr="00847066">
        <w:rPr>
          <w:rFonts w:ascii="Corbel" w:hAnsi="Corbel"/>
          <w:lang w:val="it-IT"/>
        </w:rPr>
        <w:t>2 punti</w:t>
      </w:r>
    </w:p>
    <w:p w14:paraId="18E35054" w14:textId="77777777" w:rsidR="00847066" w:rsidRPr="00847066" w:rsidRDefault="00847066" w:rsidP="009376E0">
      <w:pPr>
        <w:numPr>
          <w:ilvl w:val="1"/>
          <w:numId w:val="11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Indicazione dettagliata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3</w:t>
      </w:r>
      <w:r w:rsidRPr="00847066">
        <w:rPr>
          <w:rFonts w:ascii="Corbel" w:hAnsi="Corbel" w:cs="Corbel"/>
          <w:lang w:val="it-IT"/>
        </w:rPr>
        <w:t>–</w:t>
      </w:r>
      <w:r w:rsidRPr="00847066">
        <w:rPr>
          <w:rFonts w:ascii="Corbel" w:hAnsi="Corbel"/>
          <w:lang w:val="it-IT"/>
        </w:rPr>
        <w:t>4 punti</w:t>
      </w:r>
    </w:p>
    <w:p w14:paraId="638D5E8F" w14:textId="77777777" w:rsidR="00847066" w:rsidRPr="00847066" w:rsidRDefault="00000000" w:rsidP="00847066">
      <w:pPr>
        <w:jc w:val="both"/>
        <w:rPr>
          <w:rFonts w:ascii="Corbel" w:hAnsi="Corbel"/>
          <w:lang w:val="it-IT"/>
        </w:rPr>
      </w:pPr>
      <w:r>
        <w:rPr>
          <w:rFonts w:ascii="Corbel" w:hAnsi="Corbel"/>
          <w:lang w:val="it-IT"/>
        </w:rPr>
        <w:lastRenderedPageBreak/>
        <w:pict w14:anchorId="2D1032A0">
          <v:rect id="_x0000_i1029" style="width:0;height:1.5pt" o:hralign="center" o:hrstd="t" o:hr="t" fillcolor="#a0a0a0" stroked="f"/>
        </w:pict>
      </w:r>
    </w:p>
    <w:p w14:paraId="41718F0E" w14:textId="77777777" w:rsidR="00847066" w:rsidRPr="00921372" w:rsidRDefault="00847066" w:rsidP="009376E0">
      <w:pPr>
        <w:pStyle w:val="Paragrafoelenco"/>
        <w:numPr>
          <w:ilvl w:val="0"/>
          <w:numId w:val="13"/>
        </w:numPr>
        <w:jc w:val="both"/>
        <w:rPr>
          <w:rFonts w:ascii="Corbel" w:hAnsi="Corbel"/>
          <w:b/>
          <w:bCs/>
          <w:color w:val="365F91" w:themeColor="accent1" w:themeShade="BF"/>
          <w:lang w:val="it-IT"/>
        </w:rPr>
      </w:pPr>
      <w:r w:rsidRPr="00921372">
        <w:rPr>
          <w:rFonts w:ascii="Corbel" w:hAnsi="Corbel"/>
          <w:b/>
          <w:bCs/>
          <w:color w:val="365F91" w:themeColor="accent1" w:themeShade="BF"/>
          <w:lang w:val="it-IT"/>
        </w:rPr>
        <w:t>Bonus (+5 punti)</w:t>
      </w:r>
    </w:p>
    <w:p w14:paraId="3C89F6A2" w14:textId="77777777" w:rsidR="00847066" w:rsidRPr="00847066" w:rsidRDefault="00847066" w:rsidP="009376E0">
      <w:pPr>
        <w:numPr>
          <w:ilvl w:val="0"/>
          <w:numId w:val="12"/>
        </w:numPr>
        <w:tabs>
          <w:tab w:val="clear" w:pos="1080"/>
          <w:tab w:val="num" w:pos="72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b/>
          <w:bCs/>
          <w:lang w:val="it-IT"/>
        </w:rPr>
        <w:t>Integrazione con eTwinning / ESEP</w:t>
      </w:r>
      <w:r w:rsidRPr="00847066">
        <w:rPr>
          <w:rFonts w:ascii="Corbel" w:hAnsi="Corbel"/>
          <w:lang w:val="it-IT"/>
        </w:rPr>
        <w:t xml:space="preserve"> </w:t>
      </w:r>
    </w:p>
    <w:p w14:paraId="13C789EF" w14:textId="77777777" w:rsidR="00847066" w:rsidRPr="00847066" w:rsidRDefault="00847066" w:rsidP="009376E0">
      <w:pPr>
        <w:numPr>
          <w:ilvl w:val="1"/>
          <w:numId w:val="12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Nessuna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0 punti</w:t>
      </w:r>
    </w:p>
    <w:p w14:paraId="69034A92" w14:textId="77777777" w:rsidR="00847066" w:rsidRPr="00847066" w:rsidRDefault="00847066" w:rsidP="009376E0">
      <w:pPr>
        <w:numPr>
          <w:ilvl w:val="1"/>
          <w:numId w:val="12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Indicazione generica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2 punti</w:t>
      </w:r>
    </w:p>
    <w:p w14:paraId="12D0F68B" w14:textId="61AE3588" w:rsidR="004631E7" w:rsidRPr="004631E7" w:rsidRDefault="00847066" w:rsidP="009376E0">
      <w:pPr>
        <w:numPr>
          <w:ilvl w:val="1"/>
          <w:numId w:val="12"/>
        </w:numPr>
        <w:tabs>
          <w:tab w:val="num" w:pos="1440"/>
        </w:tabs>
        <w:jc w:val="both"/>
        <w:rPr>
          <w:rFonts w:ascii="Corbel" w:hAnsi="Corbel"/>
          <w:lang w:val="it-IT"/>
        </w:rPr>
      </w:pPr>
      <w:r w:rsidRPr="00847066">
        <w:rPr>
          <w:rFonts w:ascii="Corbel" w:hAnsi="Corbel"/>
          <w:lang w:val="it-IT"/>
        </w:rPr>
        <w:t xml:space="preserve">Progetto attivo o piano concreto </w:t>
      </w:r>
      <w:r w:rsidRPr="00847066">
        <w:rPr>
          <w:rFonts w:ascii="Arial" w:hAnsi="Arial" w:cs="Arial"/>
          <w:lang w:val="it-IT"/>
        </w:rPr>
        <w:t>→</w:t>
      </w:r>
      <w:r w:rsidRPr="00847066">
        <w:rPr>
          <w:rFonts w:ascii="Corbel" w:hAnsi="Corbel"/>
          <w:lang w:val="it-IT"/>
        </w:rPr>
        <w:t xml:space="preserve"> 5 punti</w:t>
      </w:r>
    </w:p>
    <w:sectPr w:rsidR="004631E7" w:rsidRPr="004631E7" w:rsidSect="00B553AB">
      <w:headerReference w:type="default" r:id="rId8"/>
      <w:footerReference w:type="default" r:id="rId9"/>
      <w:pgSz w:w="12240" w:h="15840"/>
      <w:pgMar w:top="1440" w:right="1183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B0F9B" w14:textId="77777777" w:rsidR="00E008B3" w:rsidRDefault="00E008B3" w:rsidP="00D40A73">
      <w:pPr>
        <w:spacing w:after="0" w:line="240" w:lineRule="auto"/>
      </w:pPr>
      <w:r>
        <w:separator/>
      </w:r>
    </w:p>
  </w:endnote>
  <w:endnote w:type="continuationSeparator" w:id="0">
    <w:p w14:paraId="00BAFFAF" w14:textId="77777777" w:rsidR="00E008B3" w:rsidRDefault="00E008B3" w:rsidP="00D40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7F79E" w14:textId="546781A7" w:rsidR="000F3120" w:rsidRPr="000F3120" w:rsidRDefault="000F3120" w:rsidP="000F3120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Corbel" w:eastAsia="Times New Roman" w:hAnsi="Corbel" w:cs="Times New Roman"/>
        <w:i/>
        <w:iCs/>
        <w:sz w:val="16"/>
        <w:szCs w:val="16"/>
        <w:lang w:val="it-IT" w:eastAsia="it-IT"/>
      </w:rPr>
    </w:pPr>
    <w:r w:rsidRPr="000F3120">
      <w:rPr>
        <w:rFonts w:ascii="Corbel" w:eastAsia="Times New Roman" w:hAnsi="Corbel" w:cs="Times New Roman"/>
        <w:i/>
        <w:iCs/>
        <w:sz w:val="16"/>
        <w:szCs w:val="16"/>
        <w:lang w:val="it-IT" w:eastAsia="it-IT"/>
      </w:rPr>
      <w:t>Via Giudice Guglielmo, 46 – 09131 Cagliari</w:t>
    </w:r>
  </w:p>
  <w:p w14:paraId="39F342FD" w14:textId="21E5C24E" w:rsidR="000F3120" w:rsidRPr="000F3120" w:rsidRDefault="00C0236E" w:rsidP="006736CD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Corbel" w:eastAsia="Times New Roman" w:hAnsi="Corbel" w:cs="Times New Roman"/>
        <w:i/>
        <w:sz w:val="18"/>
        <w:szCs w:val="18"/>
        <w:lang w:val="it-IT" w:eastAsia="it-IT"/>
      </w:rPr>
    </w:pPr>
    <w:r w:rsidRPr="002F26BC">
      <w:rPr>
        <w:rStyle w:val="Collegamentoipertestuale"/>
        <w:rFonts w:ascii="Corbel" w:hAnsi="Corbel"/>
        <w:noProof/>
        <w:lang w:val="it-IT"/>
      </w:rPr>
      <w:drawing>
        <wp:anchor distT="0" distB="0" distL="114300" distR="114300" simplePos="0" relativeHeight="251662336" behindDoc="0" locked="0" layoutInCell="1" allowOverlap="1" wp14:anchorId="0E93AF5E" wp14:editId="69A54202">
          <wp:simplePos x="0" y="0"/>
          <wp:positionH relativeFrom="margin">
            <wp:posOffset>4700905</wp:posOffset>
          </wp:positionH>
          <wp:positionV relativeFrom="paragraph">
            <wp:posOffset>201783</wp:posOffset>
          </wp:positionV>
          <wp:extent cx="1594339" cy="362775"/>
          <wp:effectExtent l="0" t="0" r="6350" b="0"/>
          <wp:wrapNone/>
          <wp:docPr id="983991657" name="Immagine 1" descr="Immagine che contiene testo, Carattere, log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991657" name="Immagine 1" descr="Immagine che contiene testo, Carattere, logo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339" cy="362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F26BC">
      <w:rPr>
        <w:rStyle w:val="Collegamentoipertestuale"/>
        <w:rFonts w:ascii="Corbel" w:eastAsia="Times New Roman" w:hAnsi="Corbel" w:cs="Times New Roman"/>
        <w:i/>
        <w:noProof/>
        <w:sz w:val="16"/>
        <w:szCs w:val="16"/>
        <w:lang w:val="it-IT" w:eastAsia="it-IT"/>
      </w:rPr>
      <w:drawing>
        <wp:anchor distT="0" distB="0" distL="114300" distR="114300" simplePos="0" relativeHeight="251663360" behindDoc="0" locked="0" layoutInCell="1" allowOverlap="1" wp14:anchorId="7A24E90D" wp14:editId="5D0650C0">
          <wp:simplePos x="0" y="0"/>
          <wp:positionH relativeFrom="margin">
            <wp:posOffset>0</wp:posOffset>
          </wp:positionH>
          <wp:positionV relativeFrom="paragraph">
            <wp:posOffset>166517</wp:posOffset>
          </wp:positionV>
          <wp:extent cx="1854835" cy="387985"/>
          <wp:effectExtent l="0" t="0" r="0" b="0"/>
          <wp:wrapNone/>
          <wp:docPr id="130000093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835" cy="387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F26BC">
      <w:rPr>
        <w:rStyle w:val="Collegamentoipertestuale"/>
        <w:rFonts w:ascii="Corbel" w:eastAsia="Times New Roman" w:hAnsi="Corbel"/>
        <w:i/>
        <w:noProof/>
        <w:sz w:val="16"/>
        <w:szCs w:val="16"/>
        <w:lang w:val="it-IT" w:eastAsia="it-IT"/>
      </w:rPr>
      <w:drawing>
        <wp:anchor distT="0" distB="0" distL="114300" distR="114300" simplePos="0" relativeHeight="251664384" behindDoc="0" locked="0" layoutInCell="1" allowOverlap="1" wp14:anchorId="52702E52" wp14:editId="498B7A13">
          <wp:simplePos x="0" y="0"/>
          <wp:positionH relativeFrom="page">
            <wp:align>center</wp:align>
          </wp:positionH>
          <wp:positionV relativeFrom="paragraph">
            <wp:posOffset>201930</wp:posOffset>
          </wp:positionV>
          <wp:extent cx="1217295" cy="365125"/>
          <wp:effectExtent l="0" t="0" r="1905" b="0"/>
          <wp:wrapNone/>
          <wp:docPr id="1738472120" name="Immagine 5" descr="Immagine che contiene Elementi grafici, Carattere, grafic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472120" name="Immagine 5" descr="Immagine che contiene Elementi grafici, Carattere, grafica, log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95" cy="365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2B6F" w:rsidRPr="00432B6F">
      <w:rPr>
        <w:rFonts w:ascii="Corbel" w:eastAsia="Times New Roman" w:hAnsi="Corbel" w:cs="Times New Roman"/>
        <w:i/>
        <w:color w:val="0000FF"/>
        <w:sz w:val="16"/>
        <w:szCs w:val="16"/>
        <w:u w:val="single"/>
        <w:lang w:val="it-IT" w:eastAsia="it-IT"/>
      </w:rPr>
      <w:t>https://www.mim.gov.it/web/usr-sardegna</w:t>
    </w:r>
    <w:r w:rsidR="000F3120" w:rsidRPr="000F3120">
      <w:rPr>
        <w:rFonts w:ascii="Corbel" w:eastAsia="Aptos" w:hAnsi="Corbel" w:cs="Times New Roman"/>
        <w:kern w:val="2"/>
        <w:lang w:val="it-IT"/>
        <w14:ligatures w14:val="standardContextual"/>
      </w:rPr>
      <w:t xml:space="preserve"> </w:t>
    </w:r>
    <w:r w:rsidR="000F3120" w:rsidRPr="000F3120">
      <w:rPr>
        <w:rFonts w:ascii="Corbel" w:eastAsia="Times New Roman" w:hAnsi="Corbel" w:cs="Times New Roman"/>
        <w:i/>
        <w:sz w:val="16"/>
        <w:szCs w:val="16"/>
        <w:lang w:val="it-IT" w:eastAsia="it-IT"/>
      </w:rPr>
      <w:t xml:space="preserve">- PEO: </w:t>
    </w:r>
    <w:hyperlink r:id="rId4" w:history="1">
      <w:r w:rsidR="006736CD" w:rsidRPr="000F3120">
        <w:rPr>
          <w:rStyle w:val="Collegamentoipertestuale"/>
          <w:rFonts w:ascii="Corbel" w:eastAsia="Times New Roman" w:hAnsi="Corbel" w:cs="Times New Roman"/>
          <w:i/>
          <w:sz w:val="16"/>
          <w:szCs w:val="16"/>
          <w:lang w:val="it-IT" w:eastAsia="it-IT"/>
        </w:rPr>
        <w:t>direzione-sardegna@istruzione.it</w:t>
      </w:r>
    </w:hyperlink>
    <w:r w:rsidR="000F3120" w:rsidRPr="000F3120">
      <w:rPr>
        <w:rFonts w:ascii="Corbel" w:eastAsia="Times New Roman" w:hAnsi="Corbel" w:cs="Times New Roman"/>
        <w:i/>
        <w:sz w:val="16"/>
        <w:szCs w:val="16"/>
        <w:lang w:val="it-IT" w:eastAsia="it-IT"/>
      </w:rPr>
      <w:t xml:space="preserve"> – PEC:  </w:t>
    </w:r>
    <w:hyperlink r:id="rId5" w:history="1">
      <w:r w:rsidR="000F3120" w:rsidRPr="000F3120">
        <w:rPr>
          <w:rFonts w:ascii="Corbel" w:eastAsia="Times New Roman" w:hAnsi="Corbel" w:cs="Times New Roman"/>
          <w:i/>
          <w:color w:val="0000FF"/>
          <w:sz w:val="16"/>
          <w:szCs w:val="16"/>
          <w:u w:val="single"/>
          <w:lang w:val="it-IT" w:eastAsia="it-IT"/>
        </w:rPr>
        <w:t>drsa@postacert.istruzione</w:t>
      </w:r>
      <w:r w:rsidR="000F3120" w:rsidRPr="000F3120">
        <w:rPr>
          <w:rFonts w:ascii="Corbel" w:eastAsia="Times New Roman" w:hAnsi="Corbel" w:cs="Times New Roman"/>
          <w:i/>
          <w:color w:val="0000FF"/>
          <w:sz w:val="18"/>
          <w:szCs w:val="18"/>
          <w:u w:val="single"/>
          <w:lang w:val="it-IT" w:eastAsia="it-IT"/>
        </w:rPr>
        <w:t>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1E14E" w14:textId="77777777" w:rsidR="00E008B3" w:rsidRDefault="00E008B3" w:rsidP="00D40A73">
      <w:pPr>
        <w:spacing w:after="0" w:line="240" w:lineRule="auto"/>
      </w:pPr>
      <w:r>
        <w:separator/>
      </w:r>
    </w:p>
  </w:footnote>
  <w:footnote w:type="continuationSeparator" w:id="0">
    <w:p w14:paraId="7C766BA0" w14:textId="77777777" w:rsidR="00E008B3" w:rsidRDefault="00E008B3" w:rsidP="00D40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E18E5" w14:textId="77777777" w:rsidR="00D40A73" w:rsidRPr="00D40A73" w:rsidRDefault="00D40A73" w:rsidP="00D40A73">
    <w:pPr>
      <w:spacing w:after="0" w:line="360" w:lineRule="auto"/>
      <w:jc w:val="center"/>
      <w:rPr>
        <w:rFonts w:ascii="Times New Roman" w:eastAsia="Times New Roman" w:hAnsi="Times New Roman" w:cs="Times New Roman"/>
        <w:sz w:val="24"/>
        <w:szCs w:val="24"/>
        <w:lang w:val="it-IT" w:eastAsia="it-IT"/>
      </w:rPr>
    </w:pPr>
    <w:r w:rsidRPr="00D40A73">
      <w:rPr>
        <w:rFonts w:ascii="Times New Roman" w:eastAsia="Times New Roman" w:hAnsi="Times New Roman" w:cs="Times New Roman"/>
        <w:noProof/>
        <w:sz w:val="24"/>
        <w:szCs w:val="24"/>
        <w:lang w:val="it-IT" w:eastAsia="it-IT"/>
      </w:rPr>
      <w:drawing>
        <wp:inline distT="0" distB="0" distL="0" distR="0" wp14:anchorId="3CE4B9A5" wp14:editId="2DB2CDE1">
          <wp:extent cx="514350" cy="571500"/>
          <wp:effectExtent l="0" t="0" r="0" b="0"/>
          <wp:docPr id="1290864761" name="Immagine 1" descr="Immagine che contiene emblema, simbolo, cres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622227" name="Immagine 1" descr="Immagine che contiene emblema, simbolo, cresta, log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FDB6C0" w14:textId="77777777" w:rsidR="00D40A73" w:rsidRPr="00D40A73" w:rsidRDefault="00D40A73" w:rsidP="00D40A73">
    <w:pPr>
      <w:tabs>
        <w:tab w:val="center" w:pos="4819"/>
        <w:tab w:val="right" w:pos="9638"/>
      </w:tabs>
      <w:spacing w:after="0" w:line="192" w:lineRule="auto"/>
      <w:jc w:val="center"/>
      <w:rPr>
        <w:rFonts w:ascii="Palace Script MT" w:eastAsia="Aptos" w:hAnsi="Palace Script MT" w:cs="Times New Roman"/>
        <w:i/>
        <w:iCs/>
        <w:kern w:val="2"/>
        <w:sz w:val="96"/>
        <w:szCs w:val="96"/>
        <w:lang w:val="it-IT"/>
      </w:rPr>
    </w:pPr>
    <w:r w:rsidRPr="00D40A73">
      <w:rPr>
        <w:rFonts w:ascii="Palace Script MT" w:eastAsia="Aptos" w:hAnsi="Palace Script MT" w:cs="Times New Roman"/>
        <w:i/>
        <w:iCs/>
        <w:kern w:val="2"/>
        <w:sz w:val="96"/>
        <w:szCs w:val="96"/>
        <w:lang w:val="it-IT"/>
      </w:rPr>
      <w:t>Ministero dell’istruzione e del merito</w:t>
    </w:r>
  </w:p>
  <w:p w14:paraId="6D58A802" w14:textId="77777777" w:rsidR="00D40A73" w:rsidRPr="00D40A73" w:rsidRDefault="00D40A73" w:rsidP="00D40A73">
    <w:pPr>
      <w:tabs>
        <w:tab w:val="center" w:pos="4819"/>
        <w:tab w:val="right" w:pos="9638"/>
      </w:tabs>
      <w:spacing w:after="0" w:line="240" w:lineRule="auto"/>
      <w:jc w:val="center"/>
      <w:rPr>
        <w:rFonts w:ascii="Palace Script MT" w:eastAsia="Aptos" w:hAnsi="Palace Script MT" w:cs="Times New Roman"/>
        <w:kern w:val="2"/>
        <w:sz w:val="48"/>
        <w:szCs w:val="48"/>
        <w:lang w:val="it-IT"/>
      </w:rPr>
    </w:pPr>
    <w:r w:rsidRPr="00D40A73">
      <w:rPr>
        <w:rFonts w:ascii="Palace Script MT" w:eastAsia="Aptos" w:hAnsi="Palace Script MT" w:cs="Times New Roman"/>
        <w:i/>
        <w:iCs/>
        <w:kern w:val="2"/>
        <w:sz w:val="48"/>
        <w:szCs w:val="48"/>
        <w:lang w:val="it-IT"/>
      </w:rPr>
      <w:t>Ufficio Scolastico Regionale per la Sardegna</w:t>
    </w:r>
  </w:p>
  <w:p w14:paraId="4D469699" w14:textId="2B188A9C" w:rsidR="00D40A73" w:rsidRPr="0058169A" w:rsidRDefault="00D40A73" w:rsidP="0058169A">
    <w:pPr>
      <w:tabs>
        <w:tab w:val="center" w:pos="4819"/>
        <w:tab w:val="right" w:pos="9638"/>
      </w:tabs>
      <w:spacing w:after="0" w:line="240" w:lineRule="auto"/>
      <w:jc w:val="center"/>
      <w:rPr>
        <w:rFonts w:ascii="Palace Script MT" w:eastAsia="Aptos" w:hAnsi="Palace Script MT" w:cs="Times New Roman"/>
        <w:i/>
        <w:iCs/>
        <w:kern w:val="2"/>
        <w:sz w:val="48"/>
        <w:szCs w:val="48"/>
        <w:lang w:val="it-IT"/>
      </w:rPr>
    </w:pPr>
    <w:r w:rsidRPr="00D40A73">
      <w:rPr>
        <w:rFonts w:ascii="Palace Script MT" w:eastAsia="Aptos" w:hAnsi="Palace Script MT" w:cs="Times New Roman"/>
        <w:i/>
        <w:iCs/>
        <w:kern w:val="2"/>
        <w:sz w:val="48"/>
        <w:szCs w:val="48"/>
        <w:lang w:val="it-IT"/>
      </w:rPr>
      <w:t>Direzione Generale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0010FC0"/>
    <w:multiLevelType w:val="hybridMultilevel"/>
    <w:tmpl w:val="1CA43B38"/>
    <w:lvl w:ilvl="0" w:tplc="31642FC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649DA"/>
    <w:multiLevelType w:val="multilevel"/>
    <w:tmpl w:val="F0A6CB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1F0F7F"/>
    <w:multiLevelType w:val="multilevel"/>
    <w:tmpl w:val="5A48F3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D97AB0"/>
    <w:multiLevelType w:val="multilevel"/>
    <w:tmpl w:val="082618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E966F1"/>
    <w:multiLevelType w:val="hybridMultilevel"/>
    <w:tmpl w:val="CE902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17357B"/>
    <w:multiLevelType w:val="multilevel"/>
    <w:tmpl w:val="F476FF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3F19F4"/>
    <w:multiLevelType w:val="multilevel"/>
    <w:tmpl w:val="D9CAD80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EE6937"/>
    <w:multiLevelType w:val="multilevel"/>
    <w:tmpl w:val="82D0DAE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1712145272">
    <w:abstractNumId w:val="5"/>
  </w:num>
  <w:num w:numId="2" w16cid:durableId="1101873189">
    <w:abstractNumId w:val="3"/>
  </w:num>
  <w:num w:numId="3" w16cid:durableId="1016270226">
    <w:abstractNumId w:val="2"/>
  </w:num>
  <w:num w:numId="4" w16cid:durableId="911155365">
    <w:abstractNumId w:val="4"/>
  </w:num>
  <w:num w:numId="5" w16cid:durableId="359862443">
    <w:abstractNumId w:val="1"/>
  </w:num>
  <w:num w:numId="6" w16cid:durableId="1570581730">
    <w:abstractNumId w:val="0"/>
  </w:num>
  <w:num w:numId="7" w16cid:durableId="568730368">
    <w:abstractNumId w:val="12"/>
  </w:num>
  <w:num w:numId="8" w16cid:durableId="230317240">
    <w:abstractNumId w:val="11"/>
  </w:num>
  <w:num w:numId="9" w16cid:durableId="170144164">
    <w:abstractNumId w:val="9"/>
  </w:num>
  <w:num w:numId="10" w16cid:durableId="1249079423">
    <w:abstractNumId w:val="8"/>
  </w:num>
  <w:num w:numId="11" w16cid:durableId="2019697106">
    <w:abstractNumId w:val="13"/>
  </w:num>
  <w:num w:numId="12" w16cid:durableId="152648796">
    <w:abstractNumId w:val="7"/>
  </w:num>
  <w:num w:numId="13" w16cid:durableId="52122309">
    <w:abstractNumId w:val="6"/>
  </w:num>
  <w:num w:numId="14" w16cid:durableId="1805735440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420"/>
    <w:rsid w:val="00007207"/>
    <w:rsid w:val="00014162"/>
    <w:rsid w:val="000217F3"/>
    <w:rsid w:val="00034616"/>
    <w:rsid w:val="0005537D"/>
    <w:rsid w:val="0006063C"/>
    <w:rsid w:val="00062DE4"/>
    <w:rsid w:val="00072D63"/>
    <w:rsid w:val="00091847"/>
    <w:rsid w:val="000E1878"/>
    <w:rsid w:val="000E561E"/>
    <w:rsid w:val="000F0D1C"/>
    <w:rsid w:val="000F3120"/>
    <w:rsid w:val="000F728C"/>
    <w:rsid w:val="000F7DDA"/>
    <w:rsid w:val="00100157"/>
    <w:rsid w:val="00117A53"/>
    <w:rsid w:val="00122A6C"/>
    <w:rsid w:val="0014508D"/>
    <w:rsid w:val="0015074B"/>
    <w:rsid w:val="001549CB"/>
    <w:rsid w:val="00166758"/>
    <w:rsid w:val="00167A5D"/>
    <w:rsid w:val="00177C48"/>
    <w:rsid w:val="00183279"/>
    <w:rsid w:val="00184FA2"/>
    <w:rsid w:val="001904CC"/>
    <w:rsid w:val="0019598B"/>
    <w:rsid w:val="001C59A1"/>
    <w:rsid w:val="001C6840"/>
    <w:rsid w:val="001E1883"/>
    <w:rsid w:val="001E1FB3"/>
    <w:rsid w:val="00201517"/>
    <w:rsid w:val="00221125"/>
    <w:rsid w:val="00232AAB"/>
    <w:rsid w:val="00250C33"/>
    <w:rsid w:val="0025688C"/>
    <w:rsid w:val="00277F3C"/>
    <w:rsid w:val="002820E4"/>
    <w:rsid w:val="002875CC"/>
    <w:rsid w:val="0029639D"/>
    <w:rsid w:val="002A0A29"/>
    <w:rsid w:val="002A7C2A"/>
    <w:rsid w:val="002C0204"/>
    <w:rsid w:val="002C2AE9"/>
    <w:rsid w:val="002C2EA5"/>
    <w:rsid w:val="002E3CEF"/>
    <w:rsid w:val="002E3E85"/>
    <w:rsid w:val="002E677C"/>
    <w:rsid w:val="002E6B1A"/>
    <w:rsid w:val="002F78E9"/>
    <w:rsid w:val="003040A6"/>
    <w:rsid w:val="00322D6D"/>
    <w:rsid w:val="00324BD1"/>
    <w:rsid w:val="00326F90"/>
    <w:rsid w:val="003466C3"/>
    <w:rsid w:val="00347647"/>
    <w:rsid w:val="003554E2"/>
    <w:rsid w:val="00383D16"/>
    <w:rsid w:val="00397BEA"/>
    <w:rsid w:val="003A0459"/>
    <w:rsid w:val="003B0D7A"/>
    <w:rsid w:val="003D79BC"/>
    <w:rsid w:val="003E52D5"/>
    <w:rsid w:val="00405880"/>
    <w:rsid w:val="004109BB"/>
    <w:rsid w:val="004243CB"/>
    <w:rsid w:val="00432B6F"/>
    <w:rsid w:val="0044686F"/>
    <w:rsid w:val="004474CE"/>
    <w:rsid w:val="00450A33"/>
    <w:rsid w:val="004631E7"/>
    <w:rsid w:val="0047295C"/>
    <w:rsid w:val="00472995"/>
    <w:rsid w:val="004A1E0A"/>
    <w:rsid w:val="004A2987"/>
    <w:rsid w:val="004A3CB5"/>
    <w:rsid w:val="004B1CD9"/>
    <w:rsid w:val="004B306C"/>
    <w:rsid w:val="004B699F"/>
    <w:rsid w:val="004C34F1"/>
    <w:rsid w:val="004C38BA"/>
    <w:rsid w:val="004C5F87"/>
    <w:rsid w:val="004D46DB"/>
    <w:rsid w:val="004E0AD6"/>
    <w:rsid w:val="004F297B"/>
    <w:rsid w:val="004F34ED"/>
    <w:rsid w:val="004F4F67"/>
    <w:rsid w:val="00507CD1"/>
    <w:rsid w:val="005210C4"/>
    <w:rsid w:val="005236FB"/>
    <w:rsid w:val="00525CF3"/>
    <w:rsid w:val="00535B8C"/>
    <w:rsid w:val="00546CCA"/>
    <w:rsid w:val="00560F2D"/>
    <w:rsid w:val="00566C56"/>
    <w:rsid w:val="005714D4"/>
    <w:rsid w:val="00572408"/>
    <w:rsid w:val="0058169A"/>
    <w:rsid w:val="00585ED0"/>
    <w:rsid w:val="00586122"/>
    <w:rsid w:val="0059494F"/>
    <w:rsid w:val="005A15D7"/>
    <w:rsid w:val="005C15EF"/>
    <w:rsid w:val="005E7D85"/>
    <w:rsid w:val="005F1A5C"/>
    <w:rsid w:val="005F5868"/>
    <w:rsid w:val="00600890"/>
    <w:rsid w:val="0061264B"/>
    <w:rsid w:val="0061321B"/>
    <w:rsid w:val="0063408E"/>
    <w:rsid w:val="00640812"/>
    <w:rsid w:val="006429D4"/>
    <w:rsid w:val="00656146"/>
    <w:rsid w:val="006567E9"/>
    <w:rsid w:val="00657A65"/>
    <w:rsid w:val="006736CD"/>
    <w:rsid w:val="00680DE3"/>
    <w:rsid w:val="00692F49"/>
    <w:rsid w:val="00694A2C"/>
    <w:rsid w:val="006A31AB"/>
    <w:rsid w:val="006F4BAE"/>
    <w:rsid w:val="0070047D"/>
    <w:rsid w:val="00713A03"/>
    <w:rsid w:val="00716E46"/>
    <w:rsid w:val="0071749B"/>
    <w:rsid w:val="00720719"/>
    <w:rsid w:val="007263C5"/>
    <w:rsid w:val="00731E5F"/>
    <w:rsid w:val="00743A30"/>
    <w:rsid w:val="007455BB"/>
    <w:rsid w:val="00746884"/>
    <w:rsid w:val="00751DCF"/>
    <w:rsid w:val="0075437B"/>
    <w:rsid w:val="0075726E"/>
    <w:rsid w:val="00762C84"/>
    <w:rsid w:val="00763025"/>
    <w:rsid w:val="007812D9"/>
    <w:rsid w:val="00782C41"/>
    <w:rsid w:val="0078514A"/>
    <w:rsid w:val="00793997"/>
    <w:rsid w:val="00794A5C"/>
    <w:rsid w:val="007B4859"/>
    <w:rsid w:val="007C61CA"/>
    <w:rsid w:val="007E4908"/>
    <w:rsid w:val="00800B82"/>
    <w:rsid w:val="00813990"/>
    <w:rsid w:val="00824DCA"/>
    <w:rsid w:val="00826C57"/>
    <w:rsid w:val="00840A9A"/>
    <w:rsid w:val="00841F09"/>
    <w:rsid w:val="0084320C"/>
    <w:rsid w:val="00847066"/>
    <w:rsid w:val="008554FD"/>
    <w:rsid w:val="008608A4"/>
    <w:rsid w:val="0087332E"/>
    <w:rsid w:val="0087603B"/>
    <w:rsid w:val="008812AA"/>
    <w:rsid w:val="00881EB7"/>
    <w:rsid w:val="0088618A"/>
    <w:rsid w:val="008906E9"/>
    <w:rsid w:val="00892195"/>
    <w:rsid w:val="0089360E"/>
    <w:rsid w:val="008A36C6"/>
    <w:rsid w:val="008B5456"/>
    <w:rsid w:val="008B68A8"/>
    <w:rsid w:val="008D096E"/>
    <w:rsid w:val="008D4B71"/>
    <w:rsid w:val="008F324D"/>
    <w:rsid w:val="00906DDF"/>
    <w:rsid w:val="00913CDD"/>
    <w:rsid w:val="00921372"/>
    <w:rsid w:val="00925042"/>
    <w:rsid w:val="009376E0"/>
    <w:rsid w:val="00945275"/>
    <w:rsid w:val="00955340"/>
    <w:rsid w:val="00965A46"/>
    <w:rsid w:val="00966414"/>
    <w:rsid w:val="0098080F"/>
    <w:rsid w:val="0098190A"/>
    <w:rsid w:val="00985F1F"/>
    <w:rsid w:val="009A2F03"/>
    <w:rsid w:val="009A35CC"/>
    <w:rsid w:val="009D142E"/>
    <w:rsid w:val="009D3759"/>
    <w:rsid w:val="009D5D77"/>
    <w:rsid w:val="009E1E0E"/>
    <w:rsid w:val="00A3557B"/>
    <w:rsid w:val="00A54DB4"/>
    <w:rsid w:val="00A57A1A"/>
    <w:rsid w:val="00A60509"/>
    <w:rsid w:val="00A67455"/>
    <w:rsid w:val="00A74D2A"/>
    <w:rsid w:val="00A760C5"/>
    <w:rsid w:val="00A8584C"/>
    <w:rsid w:val="00A963C5"/>
    <w:rsid w:val="00A978C8"/>
    <w:rsid w:val="00AA1D8D"/>
    <w:rsid w:val="00AC7BE5"/>
    <w:rsid w:val="00AD5528"/>
    <w:rsid w:val="00AE3F7A"/>
    <w:rsid w:val="00AE4677"/>
    <w:rsid w:val="00AF6B87"/>
    <w:rsid w:val="00B132DE"/>
    <w:rsid w:val="00B13E49"/>
    <w:rsid w:val="00B36B4B"/>
    <w:rsid w:val="00B44C20"/>
    <w:rsid w:val="00B47730"/>
    <w:rsid w:val="00B553AB"/>
    <w:rsid w:val="00B62FC7"/>
    <w:rsid w:val="00B665B1"/>
    <w:rsid w:val="00B71650"/>
    <w:rsid w:val="00B71C9B"/>
    <w:rsid w:val="00B77349"/>
    <w:rsid w:val="00B861EB"/>
    <w:rsid w:val="00BA7AC3"/>
    <w:rsid w:val="00BB5D65"/>
    <w:rsid w:val="00BC7479"/>
    <w:rsid w:val="00BE0029"/>
    <w:rsid w:val="00BF2115"/>
    <w:rsid w:val="00BF2223"/>
    <w:rsid w:val="00BF2878"/>
    <w:rsid w:val="00C00718"/>
    <w:rsid w:val="00C0236E"/>
    <w:rsid w:val="00C025F7"/>
    <w:rsid w:val="00C046BA"/>
    <w:rsid w:val="00C2296A"/>
    <w:rsid w:val="00C26506"/>
    <w:rsid w:val="00C33BF2"/>
    <w:rsid w:val="00C376ED"/>
    <w:rsid w:val="00C51403"/>
    <w:rsid w:val="00C57E69"/>
    <w:rsid w:val="00C6210D"/>
    <w:rsid w:val="00C828EC"/>
    <w:rsid w:val="00CA0E65"/>
    <w:rsid w:val="00CA3DA7"/>
    <w:rsid w:val="00CA7BBD"/>
    <w:rsid w:val="00CB0664"/>
    <w:rsid w:val="00CB2680"/>
    <w:rsid w:val="00CB40B3"/>
    <w:rsid w:val="00CC2148"/>
    <w:rsid w:val="00CC6BD4"/>
    <w:rsid w:val="00CC7A0C"/>
    <w:rsid w:val="00CD1DC1"/>
    <w:rsid w:val="00CE33B1"/>
    <w:rsid w:val="00CE6A08"/>
    <w:rsid w:val="00CE7B34"/>
    <w:rsid w:val="00CF299E"/>
    <w:rsid w:val="00CF7ED0"/>
    <w:rsid w:val="00D07A19"/>
    <w:rsid w:val="00D1391A"/>
    <w:rsid w:val="00D13C63"/>
    <w:rsid w:val="00D3049E"/>
    <w:rsid w:val="00D40A73"/>
    <w:rsid w:val="00D51075"/>
    <w:rsid w:val="00D544C7"/>
    <w:rsid w:val="00D65053"/>
    <w:rsid w:val="00D710B9"/>
    <w:rsid w:val="00D7293A"/>
    <w:rsid w:val="00D81AB3"/>
    <w:rsid w:val="00D848D7"/>
    <w:rsid w:val="00D87A57"/>
    <w:rsid w:val="00DA4180"/>
    <w:rsid w:val="00DA6BC5"/>
    <w:rsid w:val="00DB0841"/>
    <w:rsid w:val="00DB2B0E"/>
    <w:rsid w:val="00DE6D7F"/>
    <w:rsid w:val="00E008B3"/>
    <w:rsid w:val="00E03619"/>
    <w:rsid w:val="00E051EA"/>
    <w:rsid w:val="00E111F5"/>
    <w:rsid w:val="00E13B42"/>
    <w:rsid w:val="00E206DE"/>
    <w:rsid w:val="00E52B01"/>
    <w:rsid w:val="00E56C27"/>
    <w:rsid w:val="00E642EA"/>
    <w:rsid w:val="00E90834"/>
    <w:rsid w:val="00EA3022"/>
    <w:rsid w:val="00EA5EE2"/>
    <w:rsid w:val="00EB7781"/>
    <w:rsid w:val="00ED5241"/>
    <w:rsid w:val="00ED5D42"/>
    <w:rsid w:val="00ED67A9"/>
    <w:rsid w:val="00EE0E3E"/>
    <w:rsid w:val="00EF526D"/>
    <w:rsid w:val="00F10EFC"/>
    <w:rsid w:val="00F1428A"/>
    <w:rsid w:val="00F326E4"/>
    <w:rsid w:val="00F33398"/>
    <w:rsid w:val="00F4187F"/>
    <w:rsid w:val="00F54786"/>
    <w:rsid w:val="00F57ACB"/>
    <w:rsid w:val="00F57F0C"/>
    <w:rsid w:val="00F73132"/>
    <w:rsid w:val="00F7453A"/>
    <w:rsid w:val="00F90DE6"/>
    <w:rsid w:val="00F93056"/>
    <w:rsid w:val="00F97A6F"/>
    <w:rsid w:val="00FB10BC"/>
    <w:rsid w:val="00FB63EA"/>
    <w:rsid w:val="00FC693F"/>
    <w:rsid w:val="00FD00FF"/>
    <w:rsid w:val="00FD4C04"/>
    <w:rsid w:val="00FD6B95"/>
    <w:rsid w:val="00FF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02DB61"/>
  <w14:defaultImageDpi w14:val="300"/>
  <w15:docId w15:val="{54918670-CD53-41C2-B6E0-2CA963259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4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5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eWeb">
    <w:name w:val="Normal (Web)"/>
    <w:basedOn w:val="Normale"/>
    <w:uiPriority w:val="99"/>
    <w:semiHidden/>
    <w:unhideWhenUsed/>
    <w:rsid w:val="00586122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58612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6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mailto:drsa@postacert.istruzione.it" TargetMode="External"/><Relationship Id="rId4" Type="http://schemas.openxmlformats.org/officeDocument/2006/relationships/hyperlink" Target="mailto:direzione-sardegna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4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MARONGIU Stefano</cp:lastModifiedBy>
  <cp:revision>280</cp:revision>
  <dcterms:created xsi:type="dcterms:W3CDTF">2025-10-12T13:48:00Z</dcterms:created>
  <dcterms:modified xsi:type="dcterms:W3CDTF">2025-12-17T13:55:00Z</dcterms:modified>
  <cp:category/>
</cp:coreProperties>
</file>