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35B9" w14:textId="77777777" w:rsidR="00FF2EE1" w:rsidRDefault="00472995" w:rsidP="000E1878">
      <w:pPr>
        <w:jc w:val="center"/>
        <w:rPr>
          <w:rFonts w:ascii="Corbel" w:hAnsi="Corbel"/>
          <w:b/>
          <w:bCs/>
          <w:lang w:val="it-IT"/>
        </w:rPr>
      </w:pPr>
      <w:r w:rsidRPr="00D1391A">
        <w:rPr>
          <w:rFonts w:ascii="Corbel" w:hAnsi="Corbel"/>
          <w:b/>
          <w:bCs/>
          <w:lang w:val="it-IT"/>
        </w:rPr>
        <w:t>BANDO DI SELEZIONE PER LA PARTECIPAZIONE ALLE ATTIVITÀ DI MOBILITÀ ERASMUS+</w:t>
      </w:r>
    </w:p>
    <w:p w14:paraId="75D9B93F" w14:textId="77777777" w:rsidR="007C341F" w:rsidRPr="00B83F1E" w:rsidRDefault="007C341F" w:rsidP="007C341F">
      <w:pPr>
        <w:jc w:val="center"/>
        <w:rPr>
          <w:rFonts w:ascii="Corbel" w:eastAsia="MS Mincho" w:hAnsi="Corbel" w:cs="Times New Roman"/>
          <w:b/>
          <w:bCs/>
        </w:rPr>
      </w:pPr>
      <w:r>
        <w:rPr>
          <w:rFonts w:ascii="Corbel" w:eastAsia="MS Mincho" w:hAnsi="Corbel" w:cs="Times New Roman"/>
          <w:b/>
          <w:bCs/>
        </w:rPr>
        <w:t>STUDENTI MOBILITÀ DI GRUPPO E DI LUNGO TERMINE</w:t>
      </w:r>
    </w:p>
    <w:p w14:paraId="468EDE8A" w14:textId="77777777" w:rsidR="00FF2EE1" w:rsidRPr="00D1391A" w:rsidRDefault="00472995" w:rsidP="000E1878">
      <w:pPr>
        <w:jc w:val="center"/>
        <w:rPr>
          <w:rFonts w:ascii="Corbel" w:hAnsi="Corbel"/>
          <w:b/>
          <w:bCs/>
          <w:lang w:val="it-IT"/>
        </w:rPr>
      </w:pPr>
      <w:r w:rsidRPr="00D1391A">
        <w:rPr>
          <w:rFonts w:ascii="Corbel" w:hAnsi="Corbel"/>
          <w:b/>
          <w:bCs/>
          <w:lang w:val="it-IT"/>
        </w:rPr>
        <w:t xml:space="preserve">CONSORZIO </w:t>
      </w:r>
      <w:r w:rsidR="00167A5D" w:rsidRPr="00D1391A">
        <w:rPr>
          <w:rFonts w:ascii="Corbel" w:hAnsi="Corbel"/>
          <w:b/>
          <w:bCs/>
          <w:lang w:val="it-IT"/>
        </w:rPr>
        <w:t>CODICE EUROPEO</w:t>
      </w:r>
      <w:r w:rsidR="006567E9" w:rsidRPr="00D1391A">
        <w:rPr>
          <w:rFonts w:ascii="Corbel" w:hAnsi="Corbel"/>
          <w:b/>
          <w:bCs/>
          <w:lang w:val="it-IT"/>
        </w:rPr>
        <w:t xml:space="preserve"> 2021-1-IT02-KA120-SCH-000045236</w:t>
      </w:r>
    </w:p>
    <w:p w14:paraId="09455B97" w14:textId="77777777" w:rsidR="00FF2EE1" w:rsidRPr="00D1391A" w:rsidRDefault="00167A5D" w:rsidP="000E1878">
      <w:pPr>
        <w:jc w:val="center"/>
        <w:rPr>
          <w:rFonts w:ascii="Corbel" w:hAnsi="Corbel"/>
          <w:b/>
          <w:bCs/>
          <w:sz w:val="20"/>
          <w:szCs w:val="20"/>
          <w:lang w:val="it-IT"/>
        </w:rPr>
      </w:pPr>
      <w:r w:rsidRPr="00D1391A">
        <w:rPr>
          <w:rFonts w:ascii="Corbel" w:hAnsi="Corbel"/>
          <w:b/>
          <w:bCs/>
          <w:sz w:val="20"/>
          <w:szCs w:val="20"/>
          <w:lang w:val="it-IT"/>
        </w:rPr>
        <w:t xml:space="preserve">ATTUAZIONE DEL PROGETTO </w:t>
      </w:r>
      <w:r w:rsidR="00C828EC" w:rsidRPr="00D1391A">
        <w:rPr>
          <w:rFonts w:ascii="Corbel" w:hAnsi="Corbel"/>
          <w:b/>
          <w:bCs/>
          <w:sz w:val="20"/>
          <w:szCs w:val="20"/>
          <w:lang w:val="it-IT"/>
        </w:rPr>
        <w:t>DI MOBILITÀ ERASMUS</w:t>
      </w:r>
      <w:r w:rsidR="00C2296A" w:rsidRPr="00D1391A">
        <w:rPr>
          <w:rFonts w:ascii="Corbel" w:hAnsi="Corbel"/>
          <w:b/>
          <w:bCs/>
          <w:sz w:val="20"/>
          <w:szCs w:val="20"/>
          <w:lang w:val="it-IT"/>
        </w:rPr>
        <w:t xml:space="preserve">+ </w:t>
      </w:r>
      <w:r w:rsidR="00C828EC" w:rsidRPr="00D1391A">
        <w:rPr>
          <w:rFonts w:ascii="Corbel" w:hAnsi="Corbel"/>
          <w:b/>
          <w:bCs/>
          <w:sz w:val="20"/>
          <w:szCs w:val="20"/>
          <w:lang w:val="it-IT"/>
        </w:rPr>
        <w:t xml:space="preserve">CODICE EUROPEO </w:t>
      </w:r>
      <w:r w:rsidR="0005537D" w:rsidRPr="00D1391A">
        <w:rPr>
          <w:rFonts w:ascii="Corbel" w:hAnsi="Corbel"/>
          <w:b/>
          <w:bCs/>
          <w:sz w:val="20"/>
          <w:szCs w:val="20"/>
          <w:lang w:val="it-IT"/>
        </w:rPr>
        <w:t>2025-1-IT02-KA121-SCH-000342991</w:t>
      </w:r>
    </w:p>
    <w:p w14:paraId="0A936C02" w14:textId="50F5C6E6" w:rsidR="004F297B" w:rsidRPr="00D1391A" w:rsidRDefault="0005537D" w:rsidP="000E1878">
      <w:pPr>
        <w:jc w:val="center"/>
        <w:rPr>
          <w:rFonts w:ascii="Corbel" w:hAnsi="Corbel"/>
          <w:b/>
          <w:bCs/>
          <w:lang w:val="it-IT"/>
        </w:rPr>
      </w:pPr>
      <w:r w:rsidRPr="00D1391A">
        <w:rPr>
          <w:rFonts w:ascii="Corbel" w:hAnsi="Corbel"/>
          <w:b/>
          <w:bCs/>
          <w:lang w:val="it-IT"/>
        </w:rPr>
        <w:t>P</w:t>
      </w:r>
      <w:r w:rsidR="00507CD1" w:rsidRPr="00D1391A">
        <w:rPr>
          <w:rFonts w:ascii="Corbel" w:hAnsi="Corbel"/>
          <w:b/>
          <w:bCs/>
          <w:lang w:val="it-IT"/>
        </w:rPr>
        <w:t>ERIODO</w:t>
      </w:r>
      <w:r w:rsidR="00183279" w:rsidRPr="00D1391A">
        <w:rPr>
          <w:rFonts w:ascii="Corbel" w:hAnsi="Corbel"/>
          <w:b/>
          <w:bCs/>
          <w:lang w:val="it-IT"/>
        </w:rPr>
        <w:t xml:space="preserve"> DI ATTUAZIONE</w:t>
      </w:r>
      <w:r w:rsidR="00507CD1" w:rsidRPr="00D1391A">
        <w:rPr>
          <w:rFonts w:ascii="Corbel" w:hAnsi="Corbel"/>
          <w:b/>
          <w:bCs/>
          <w:lang w:val="it-IT"/>
        </w:rPr>
        <w:t xml:space="preserve"> 01/06/2025 – 31/08/202</w:t>
      </w:r>
      <w:r w:rsidR="00183279" w:rsidRPr="00D1391A">
        <w:rPr>
          <w:rFonts w:ascii="Corbel" w:hAnsi="Corbel"/>
          <w:b/>
          <w:bCs/>
          <w:lang w:val="it-IT"/>
        </w:rPr>
        <w:t>6</w:t>
      </w:r>
    </w:p>
    <w:p w14:paraId="6215BE63" w14:textId="36CD7DC8" w:rsidR="004631E7" w:rsidRPr="006B357A" w:rsidRDefault="00850A8F" w:rsidP="00D1391A">
      <w:pPr>
        <w:pStyle w:val="Titolo1"/>
        <w:jc w:val="center"/>
        <w:rPr>
          <w:rFonts w:ascii="Corbel" w:hAnsi="Corbel"/>
          <w:noProof/>
          <w:sz w:val="24"/>
          <w:szCs w:val="24"/>
          <w:lang w:val="it-IT"/>
        </w:rPr>
      </w:pPr>
      <w:r w:rsidRPr="006B357A">
        <w:rPr>
          <w:rFonts w:ascii="Corbel" w:hAnsi="Corbel"/>
          <w:noProof/>
          <w:sz w:val="24"/>
          <w:szCs w:val="24"/>
          <w:lang w:val="it-IT"/>
        </w:rPr>
        <w:t xml:space="preserve">ALLEGATO 2 - AUTODICHIARAZIONE LINGUA E SITUAZIONE DI “FEWER OPPORTUNITIES” </w:t>
      </w:r>
    </w:p>
    <w:p w14:paraId="138C8325" w14:textId="77777777" w:rsidR="001522DF" w:rsidRDefault="001522DF" w:rsidP="004631E7">
      <w:pPr>
        <w:jc w:val="both"/>
        <w:rPr>
          <w:rFonts w:ascii="Corbel" w:hAnsi="Corbel"/>
          <w:lang w:val="it-IT"/>
        </w:rPr>
      </w:pPr>
    </w:p>
    <w:p w14:paraId="7735CDED" w14:textId="3B496BCB" w:rsidR="004631E7" w:rsidRPr="004631E7" w:rsidRDefault="004631E7" w:rsidP="004631E7">
      <w:pPr>
        <w:jc w:val="both"/>
        <w:rPr>
          <w:rFonts w:ascii="Corbel" w:hAnsi="Corbel"/>
          <w:lang w:val="it-IT"/>
        </w:rPr>
      </w:pPr>
      <w:r w:rsidRPr="004631E7">
        <w:rPr>
          <w:rFonts w:ascii="Corbel" w:hAnsi="Corbel"/>
          <w:lang w:val="it-IT"/>
        </w:rPr>
        <w:t xml:space="preserve">Il/La sottoscritto/a </w:t>
      </w:r>
      <w:r w:rsidR="001522DF">
        <w:rPr>
          <w:rFonts w:ascii="Corbel" w:hAnsi="Corbel"/>
          <w:lang w:val="it-IT"/>
        </w:rPr>
        <w:t xml:space="preserve">_____________________________________ </w:t>
      </w:r>
      <w:r w:rsidRPr="004631E7">
        <w:rPr>
          <w:rFonts w:ascii="Corbel" w:hAnsi="Corbel"/>
          <w:lang w:val="it-IT"/>
        </w:rPr>
        <w:t>dichiara di possedere competenza linguistica:</w:t>
      </w:r>
    </w:p>
    <w:p w14:paraId="662A07DD" w14:textId="1F9A75BB" w:rsidR="004631E7" w:rsidRDefault="004631E7" w:rsidP="004631E7">
      <w:pPr>
        <w:jc w:val="both"/>
        <w:rPr>
          <w:rFonts w:ascii="Corbel" w:hAnsi="Corbel"/>
          <w:lang w:val="it-IT"/>
        </w:rPr>
      </w:pPr>
      <w:r w:rsidRPr="004631E7">
        <w:rPr>
          <w:rFonts w:ascii="Segoe UI Symbol" w:hAnsi="Segoe UI Symbol" w:cs="Segoe UI Symbol"/>
          <w:lang w:val="it-IT"/>
        </w:rPr>
        <w:t>☐</w:t>
      </w:r>
      <w:r w:rsidRPr="004631E7">
        <w:rPr>
          <w:rFonts w:ascii="Corbel" w:hAnsi="Corbel"/>
          <w:lang w:val="it-IT"/>
        </w:rPr>
        <w:t xml:space="preserve"> Inglese livello almeno B1 QCER</w:t>
      </w:r>
      <w:r w:rsidR="00C81C56">
        <w:rPr>
          <w:rFonts w:ascii="Corbel" w:hAnsi="Corbel"/>
          <w:lang w:val="it-IT"/>
        </w:rPr>
        <w:t>, specificare il livello: ______________________</w:t>
      </w:r>
      <w:r w:rsidR="00AB4FA7">
        <w:rPr>
          <w:rFonts w:ascii="Corbel" w:hAnsi="Corbel"/>
          <w:lang w:val="it-IT"/>
        </w:rPr>
        <w:t xml:space="preserve"> come da allegati</w:t>
      </w:r>
      <w:r w:rsidR="00B3269E">
        <w:rPr>
          <w:rFonts w:ascii="Corbel" w:hAnsi="Corbel"/>
          <w:lang w:val="it-IT"/>
        </w:rPr>
        <w:t xml:space="preserve"> alla presente candidatura</w:t>
      </w:r>
    </w:p>
    <w:p w14:paraId="7DC8876F" w14:textId="77777777" w:rsidR="00D86FFA" w:rsidRDefault="00487095" w:rsidP="00270F06">
      <w:pPr>
        <w:jc w:val="both"/>
        <w:rPr>
          <w:rFonts w:ascii="Corbel" w:hAnsi="Corbel"/>
          <w:lang w:val="it-IT"/>
        </w:rPr>
      </w:pPr>
      <w:r w:rsidRPr="004631E7">
        <w:rPr>
          <w:rFonts w:ascii="Corbel" w:hAnsi="Corbel"/>
          <w:lang w:val="it-IT"/>
        </w:rPr>
        <w:t xml:space="preserve">Il/La sottoscritto/a </w:t>
      </w:r>
      <w:r>
        <w:rPr>
          <w:rFonts w:ascii="Corbel" w:hAnsi="Corbel"/>
          <w:lang w:val="it-IT"/>
        </w:rPr>
        <w:t xml:space="preserve">_____________________________________ </w:t>
      </w:r>
      <w:r w:rsidRPr="004631E7">
        <w:rPr>
          <w:rFonts w:ascii="Corbel" w:hAnsi="Corbel"/>
          <w:lang w:val="it-IT"/>
        </w:rPr>
        <w:t xml:space="preserve">dichiara </w:t>
      </w:r>
      <w:r w:rsidR="009355AC">
        <w:rPr>
          <w:rFonts w:ascii="Corbel" w:hAnsi="Corbel"/>
          <w:lang w:val="it-IT"/>
        </w:rPr>
        <w:t xml:space="preserve">inoltre </w:t>
      </w:r>
      <w:r w:rsidRPr="004631E7">
        <w:rPr>
          <w:rFonts w:ascii="Corbel" w:hAnsi="Corbel"/>
          <w:lang w:val="it-IT"/>
        </w:rPr>
        <w:t xml:space="preserve">di </w:t>
      </w:r>
      <w:r>
        <w:rPr>
          <w:rFonts w:ascii="Corbel" w:hAnsi="Corbel"/>
          <w:lang w:val="it-IT"/>
        </w:rPr>
        <w:t>trovarsi in situazioni di svantaggio</w:t>
      </w:r>
      <w:r w:rsidR="007416F4">
        <w:rPr>
          <w:rFonts w:ascii="Corbel" w:hAnsi="Corbel"/>
          <w:lang w:val="it-IT"/>
        </w:rPr>
        <w:t xml:space="preserve"> </w:t>
      </w:r>
      <w:r w:rsidR="00F37E31">
        <w:rPr>
          <w:rFonts w:ascii="Corbel" w:hAnsi="Corbel"/>
          <w:lang w:val="it-IT"/>
        </w:rPr>
        <w:t xml:space="preserve">e allega la </w:t>
      </w:r>
      <w:r w:rsidR="00D86FFA">
        <w:rPr>
          <w:rFonts w:ascii="Corbel" w:hAnsi="Corbel"/>
          <w:lang w:val="it-IT"/>
        </w:rPr>
        <w:t xml:space="preserve">seguente </w:t>
      </w:r>
      <w:r w:rsidR="00F37E31">
        <w:rPr>
          <w:rFonts w:ascii="Corbel" w:hAnsi="Corbel"/>
          <w:lang w:val="it-IT"/>
        </w:rPr>
        <w:t>documentazione</w:t>
      </w:r>
      <w:r w:rsidR="00D86FFA">
        <w:rPr>
          <w:rFonts w:ascii="Corbel" w:hAnsi="Corbel"/>
          <w:lang w:val="it-IT"/>
        </w:rPr>
        <w:t xml:space="preserve"> (elencare):</w:t>
      </w:r>
    </w:p>
    <w:p w14:paraId="5A8E951F" w14:textId="458A860A" w:rsidR="00F77E16" w:rsidRDefault="00D86FFA" w:rsidP="00270F06">
      <w:pPr>
        <w:jc w:val="both"/>
        <w:rPr>
          <w:rFonts w:ascii="Corbel" w:hAnsi="Corbel"/>
          <w:lang w:val="it-IT"/>
        </w:rPr>
      </w:pPr>
      <w:r w:rsidRPr="004631E7">
        <w:rPr>
          <w:rFonts w:ascii="Segoe UI Symbol" w:hAnsi="Segoe UI Symbol" w:cs="Segoe UI Symbol"/>
          <w:lang w:val="it-IT"/>
        </w:rPr>
        <w:t>☐</w:t>
      </w:r>
      <w:r w:rsidRPr="004631E7">
        <w:rPr>
          <w:rFonts w:ascii="Corbel" w:hAnsi="Corbel"/>
          <w:lang w:val="it-IT"/>
        </w:rPr>
        <w:t xml:space="preserve"> </w:t>
      </w:r>
      <w:r>
        <w:rPr>
          <w:rFonts w:ascii="Corbel" w:hAnsi="Corbel"/>
          <w:lang w:val="it-IT"/>
        </w:rPr>
        <w:t>_______________________________________________</w:t>
      </w:r>
    </w:p>
    <w:p w14:paraId="1DF0CDF5" w14:textId="77777777" w:rsidR="00D86FFA" w:rsidRDefault="00D86FFA" w:rsidP="00D86FFA">
      <w:pPr>
        <w:jc w:val="both"/>
        <w:rPr>
          <w:rFonts w:ascii="Corbel" w:hAnsi="Corbel"/>
          <w:lang w:val="it-IT"/>
        </w:rPr>
      </w:pPr>
      <w:r w:rsidRPr="004631E7">
        <w:rPr>
          <w:rFonts w:ascii="Segoe UI Symbol" w:hAnsi="Segoe UI Symbol" w:cs="Segoe UI Symbol"/>
          <w:lang w:val="it-IT"/>
        </w:rPr>
        <w:t>☐</w:t>
      </w:r>
      <w:r w:rsidRPr="004631E7">
        <w:rPr>
          <w:rFonts w:ascii="Corbel" w:hAnsi="Corbel"/>
          <w:lang w:val="it-IT"/>
        </w:rPr>
        <w:t xml:space="preserve"> </w:t>
      </w:r>
      <w:r>
        <w:rPr>
          <w:rFonts w:ascii="Corbel" w:hAnsi="Corbel"/>
          <w:lang w:val="it-IT"/>
        </w:rPr>
        <w:t>_______________________________________________</w:t>
      </w:r>
    </w:p>
    <w:p w14:paraId="3913B007" w14:textId="77777777" w:rsidR="00D86FFA" w:rsidRDefault="00D86FFA" w:rsidP="00D86FFA">
      <w:pPr>
        <w:jc w:val="both"/>
        <w:rPr>
          <w:rFonts w:ascii="Corbel" w:hAnsi="Corbel"/>
          <w:lang w:val="it-IT"/>
        </w:rPr>
      </w:pPr>
      <w:r w:rsidRPr="004631E7">
        <w:rPr>
          <w:rFonts w:ascii="Segoe UI Symbol" w:hAnsi="Segoe UI Symbol" w:cs="Segoe UI Symbol"/>
          <w:lang w:val="it-IT"/>
        </w:rPr>
        <w:t>☐</w:t>
      </w:r>
      <w:r w:rsidRPr="004631E7">
        <w:rPr>
          <w:rFonts w:ascii="Corbel" w:hAnsi="Corbel"/>
          <w:lang w:val="it-IT"/>
        </w:rPr>
        <w:t xml:space="preserve"> </w:t>
      </w:r>
      <w:r>
        <w:rPr>
          <w:rFonts w:ascii="Corbel" w:hAnsi="Corbel"/>
          <w:lang w:val="it-IT"/>
        </w:rPr>
        <w:t>_______________________________________________</w:t>
      </w:r>
    </w:p>
    <w:p w14:paraId="5EA25E1F" w14:textId="77777777" w:rsidR="00850A8F" w:rsidRPr="004631E7" w:rsidRDefault="00850A8F" w:rsidP="004631E7">
      <w:pPr>
        <w:jc w:val="both"/>
        <w:rPr>
          <w:rFonts w:ascii="Corbel" w:hAnsi="Corbel"/>
          <w:lang w:val="it-IT"/>
        </w:rPr>
      </w:pPr>
    </w:p>
    <w:p w14:paraId="6BA77B86" w14:textId="77777777" w:rsidR="001845A5" w:rsidRDefault="001845A5" w:rsidP="004631E7">
      <w:pPr>
        <w:jc w:val="both"/>
        <w:rPr>
          <w:rFonts w:ascii="Corbel" w:hAnsi="Corbel"/>
          <w:lang w:val="it-IT"/>
        </w:rPr>
      </w:pPr>
    </w:p>
    <w:p w14:paraId="5031AA28" w14:textId="77777777" w:rsidR="001845A5" w:rsidRDefault="001845A5" w:rsidP="004631E7">
      <w:pPr>
        <w:jc w:val="both"/>
        <w:rPr>
          <w:rFonts w:ascii="Corbel" w:hAnsi="Corbel"/>
          <w:lang w:val="it-IT"/>
        </w:rPr>
      </w:pPr>
    </w:p>
    <w:p w14:paraId="76D38080" w14:textId="133AC203" w:rsidR="00780882" w:rsidRDefault="00780882" w:rsidP="004631E7">
      <w:pPr>
        <w:jc w:val="both"/>
        <w:rPr>
          <w:rFonts w:ascii="Corbel" w:hAnsi="Corbel"/>
          <w:lang w:val="it-IT"/>
        </w:rPr>
      </w:pPr>
      <w:r>
        <w:rPr>
          <w:rFonts w:ascii="Corbel" w:hAnsi="Corbel"/>
          <w:lang w:val="it-IT"/>
        </w:rPr>
        <w:t>Data:</w:t>
      </w:r>
    </w:p>
    <w:p w14:paraId="470999EA" w14:textId="2062513E" w:rsidR="004631E7" w:rsidRPr="004631E7" w:rsidRDefault="004631E7" w:rsidP="004631E7">
      <w:pPr>
        <w:jc w:val="both"/>
        <w:rPr>
          <w:rFonts w:ascii="Corbel" w:hAnsi="Corbel"/>
          <w:lang w:val="it-IT"/>
        </w:rPr>
      </w:pPr>
      <w:r w:rsidRPr="004631E7">
        <w:rPr>
          <w:rFonts w:ascii="Corbel" w:hAnsi="Corbel"/>
          <w:lang w:val="it-IT"/>
        </w:rPr>
        <w:t>Firma: _____________________________</w:t>
      </w:r>
    </w:p>
    <w:p w14:paraId="566282D8" w14:textId="37967D59" w:rsidR="004631E7" w:rsidRPr="004631E7" w:rsidRDefault="004631E7" w:rsidP="004631E7">
      <w:pPr>
        <w:jc w:val="both"/>
        <w:rPr>
          <w:rFonts w:ascii="Corbel" w:hAnsi="Corbel"/>
          <w:lang w:val="it-IT"/>
        </w:rPr>
      </w:pPr>
    </w:p>
    <w:sectPr w:rsidR="004631E7" w:rsidRPr="004631E7" w:rsidSect="00B553AB">
      <w:headerReference w:type="default" r:id="rId8"/>
      <w:footerReference w:type="default" r:id="rId9"/>
      <w:pgSz w:w="12240" w:h="15840"/>
      <w:pgMar w:top="1440" w:right="1183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D7C2F" w14:textId="77777777" w:rsidR="00CB2493" w:rsidRDefault="00CB2493" w:rsidP="00D40A73">
      <w:pPr>
        <w:spacing w:after="0" w:line="240" w:lineRule="auto"/>
      </w:pPr>
      <w:r>
        <w:separator/>
      </w:r>
    </w:p>
  </w:endnote>
  <w:endnote w:type="continuationSeparator" w:id="0">
    <w:p w14:paraId="0DAD7B4B" w14:textId="77777777" w:rsidR="00CB2493" w:rsidRDefault="00CB2493" w:rsidP="00D40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7F79E" w14:textId="546781A7" w:rsidR="000F3120" w:rsidRPr="000F3120" w:rsidRDefault="000F3120" w:rsidP="000F3120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Corbel" w:eastAsia="Times New Roman" w:hAnsi="Corbel" w:cs="Times New Roman"/>
        <w:i/>
        <w:iCs/>
        <w:sz w:val="16"/>
        <w:szCs w:val="16"/>
        <w:lang w:val="it-IT" w:eastAsia="it-IT"/>
      </w:rPr>
    </w:pPr>
    <w:r w:rsidRPr="000F3120">
      <w:rPr>
        <w:rFonts w:ascii="Corbel" w:eastAsia="Times New Roman" w:hAnsi="Corbel" w:cs="Times New Roman"/>
        <w:i/>
        <w:iCs/>
        <w:sz w:val="16"/>
        <w:szCs w:val="16"/>
        <w:lang w:val="it-IT" w:eastAsia="it-IT"/>
      </w:rPr>
      <w:t>Via Giudice Guglielmo, 46 – 09131 Cagliari</w:t>
    </w:r>
  </w:p>
  <w:p w14:paraId="39F342FD" w14:textId="21E5C24E" w:rsidR="000F3120" w:rsidRPr="000F3120" w:rsidRDefault="00C0236E" w:rsidP="006736CD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Corbel" w:eastAsia="Times New Roman" w:hAnsi="Corbel" w:cs="Times New Roman"/>
        <w:i/>
        <w:sz w:val="18"/>
        <w:szCs w:val="18"/>
        <w:lang w:val="it-IT" w:eastAsia="it-IT"/>
      </w:rPr>
    </w:pPr>
    <w:r w:rsidRPr="002F26BC">
      <w:rPr>
        <w:rStyle w:val="Collegamentoipertestuale"/>
        <w:rFonts w:ascii="Corbel" w:hAnsi="Corbel"/>
        <w:noProof/>
        <w:lang w:val="it-IT"/>
      </w:rPr>
      <w:drawing>
        <wp:anchor distT="0" distB="0" distL="114300" distR="114300" simplePos="0" relativeHeight="251662336" behindDoc="0" locked="0" layoutInCell="1" allowOverlap="1" wp14:anchorId="0E93AF5E" wp14:editId="69A54202">
          <wp:simplePos x="0" y="0"/>
          <wp:positionH relativeFrom="margin">
            <wp:posOffset>4700905</wp:posOffset>
          </wp:positionH>
          <wp:positionV relativeFrom="paragraph">
            <wp:posOffset>201783</wp:posOffset>
          </wp:positionV>
          <wp:extent cx="1594339" cy="362775"/>
          <wp:effectExtent l="0" t="0" r="6350" b="0"/>
          <wp:wrapNone/>
          <wp:docPr id="983991657" name="Immagine 1" descr="Immagine che contiene testo, Carattere, log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991657" name="Immagine 1" descr="Immagine che contiene testo, Carattere, logo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339" cy="362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F26BC">
      <w:rPr>
        <w:rStyle w:val="Collegamentoipertestuale"/>
        <w:rFonts w:ascii="Corbel" w:eastAsia="Times New Roman" w:hAnsi="Corbel" w:cs="Times New Roman"/>
        <w:i/>
        <w:noProof/>
        <w:sz w:val="16"/>
        <w:szCs w:val="16"/>
        <w:lang w:val="it-IT" w:eastAsia="it-IT"/>
      </w:rPr>
      <w:drawing>
        <wp:anchor distT="0" distB="0" distL="114300" distR="114300" simplePos="0" relativeHeight="251663360" behindDoc="0" locked="0" layoutInCell="1" allowOverlap="1" wp14:anchorId="7A24E90D" wp14:editId="5D0650C0">
          <wp:simplePos x="0" y="0"/>
          <wp:positionH relativeFrom="margin">
            <wp:posOffset>0</wp:posOffset>
          </wp:positionH>
          <wp:positionV relativeFrom="paragraph">
            <wp:posOffset>166517</wp:posOffset>
          </wp:positionV>
          <wp:extent cx="1854835" cy="387985"/>
          <wp:effectExtent l="0" t="0" r="0" b="0"/>
          <wp:wrapNone/>
          <wp:docPr id="130000093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835" cy="387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F26BC">
      <w:rPr>
        <w:rStyle w:val="Collegamentoipertestuale"/>
        <w:rFonts w:ascii="Corbel" w:eastAsia="Times New Roman" w:hAnsi="Corbel"/>
        <w:i/>
        <w:noProof/>
        <w:sz w:val="16"/>
        <w:szCs w:val="16"/>
        <w:lang w:val="it-IT" w:eastAsia="it-IT"/>
      </w:rPr>
      <w:drawing>
        <wp:anchor distT="0" distB="0" distL="114300" distR="114300" simplePos="0" relativeHeight="251664384" behindDoc="0" locked="0" layoutInCell="1" allowOverlap="1" wp14:anchorId="52702E52" wp14:editId="498B7A13">
          <wp:simplePos x="0" y="0"/>
          <wp:positionH relativeFrom="page">
            <wp:align>center</wp:align>
          </wp:positionH>
          <wp:positionV relativeFrom="paragraph">
            <wp:posOffset>201930</wp:posOffset>
          </wp:positionV>
          <wp:extent cx="1217295" cy="365125"/>
          <wp:effectExtent l="0" t="0" r="1905" b="0"/>
          <wp:wrapNone/>
          <wp:docPr id="1738472120" name="Immagine 5" descr="Immagine che contiene Elementi grafici, Carattere, grafic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472120" name="Immagine 5" descr="Immagine che contiene Elementi grafici, Carattere, grafica, log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95" cy="365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2B6F" w:rsidRPr="00432B6F">
      <w:rPr>
        <w:rFonts w:ascii="Corbel" w:eastAsia="Times New Roman" w:hAnsi="Corbel" w:cs="Times New Roman"/>
        <w:i/>
        <w:color w:val="0000FF"/>
        <w:sz w:val="16"/>
        <w:szCs w:val="16"/>
        <w:u w:val="single"/>
        <w:lang w:val="it-IT" w:eastAsia="it-IT"/>
      </w:rPr>
      <w:t>https://www.mim.gov.it/web/usr-sardegna</w:t>
    </w:r>
    <w:r w:rsidR="000F3120" w:rsidRPr="000F3120">
      <w:rPr>
        <w:rFonts w:ascii="Corbel" w:eastAsia="Aptos" w:hAnsi="Corbel" w:cs="Times New Roman"/>
        <w:kern w:val="2"/>
        <w:lang w:val="it-IT"/>
        <w14:ligatures w14:val="standardContextual"/>
      </w:rPr>
      <w:t xml:space="preserve"> </w:t>
    </w:r>
    <w:r w:rsidR="000F3120" w:rsidRPr="000F3120">
      <w:rPr>
        <w:rFonts w:ascii="Corbel" w:eastAsia="Times New Roman" w:hAnsi="Corbel" w:cs="Times New Roman"/>
        <w:i/>
        <w:sz w:val="16"/>
        <w:szCs w:val="16"/>
        <w:lang w:val="it-IT" w:eastAsia="it-IT"/>
      </w:rPr>
      <w:t xml:space="preserve">- PEO: </w:t>
    </w:r>
    <w:hyperlink r:id="rId4" w:history="1">
      <w:r w:rsidR="006736CD" w:rsidRPr="000F3120">
        <w:rPr>
          <w:rStyle w:val="Collegamentoipertestuale"/>
          <w:rFonts w:ascii="Corbel" w:eastAsia="Times New Roman" w:hAnsi="Corbel" w:cs="Times New Roman"/>
          <w:i/>
          <w:sz w:val="16"/>
          <w:szCs w:val="16"/>
          <w:lang w:val="it-IT" w:eastAsia="it-IT"/>
        </w:rPr>
        <w:t>direzione-sardegna@istruzione.it</w:t>
      </w:r>
    </w:hyperlink>
    <w:r w:rsidR="000F3120" w:rsidRPr="000F3120">
      <w:rPr>
        <w:rFonts w:ascii="Corbel" w:eastAsia="Times New Roman" w:hAnsi="Corbel" w:cs="Times New Roman"/>
        <w:i/>
        <w:sz w:val="16"/>
        <w:szCs w:val="16"/>
        <w:lang w:val="it-IT" w:eastAsia="it-IT"/>
      </w:rPr>
      <w:t xml:space="preserve"> – PEC:  </w:t>
    </w:r>
    <w:hyperlink r:id="rId5" w:history="1">
      <w:r w:rsidR="000F3120" w:rsidRPr="000F3120">
        <w:rPr>
          <w:rFonts w:ascii="Corbel" w:eastAsia="Times New Roman" w:hAnsi="Corbel" w:cs="Times New Roman"/>
          <w:i/>
          <w:color w:val="0000FF"/>
          <w:sz w:val="16"/>
          <w:szCs w:val="16"/>
          <w:u w:val="single"/>
          <w:lang w:val="it-IT" w:eastAsia="it-IT"/>
        </w:rPr>
        <w:t>drsa@postacert.istruzione</w:t>
      </w:r>
      <w:r w:rsidR="000F3120" w:rsidRPr="000F3120">
        <w:rPr>
          <w:rFonts w:ascii="Corbel" w:eastAsia="Times New Roman" w:hAnsi="Corbel" w:cs="Times New Roman"/>
          <w:i/>
          <w:color w:val="0000FF"/>
          <w:sz w:val="18"/>
          <w:szCs w:val="18"/>
          <w:u w:val="single"/>
          <w:lang w:val="it-IT" w:eastAsia="it-IT"/>
        </w:rPr>
        <w:t>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17FDA" w14:textId="77777777" w:rsidR="00CB2493" w:rsidRDefault="00CB2493" w:rsidP="00D40A73">
      <w:pPr>
        <w:spacing w:after="0" w:line="240" w:lineRule="auto"/>
      </w:pPr>
      <w:r>
        <w:separator/>
      </w:r>
    </w:p>
  </w:footnote>
  <w:footnote w:type="continuationSeparator" w:id="0">
    <w:p w14:paraId="228713E8" w14:textId="77777777" w:rsidR="00CB2493" w:rsidRDefault="00CB2493" w:rsidP="00D40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E18E5" w14:textId="77777777" w:rsidR="00D40A73" w:rsidRPr="00D40A73" w:rsidRDefault="00D40A73" w:rsidP="00D40A73">
    <w:pPr>
      <w:spacing w:after="0" w:line="360" w:lineRule="auto"/>
      <w:jc w:val="center"/>
      <w:rPr>
        <w:rFonts w:ascii="Times New Roman" w:eastAsia="Times New Roman" w:hAnsi="Times New Roman" w:cs="Times New Roman"/>
        <w:sz w:val="24"/>
        <w:szCs w:val="24"/>
        <w:lang w:val="it-IT" w:eastAsia="it-IT"/>
      </w:rPr>
    </w:pPr>
    <w:r w:rsidRPr="00D40A73">
      <w:rPr>
        <w:rFonts w:ascii="Times New Roman" w:eastAsia="Times New Roman" w:hAnsi="Times New Roman" w:cs="Times New Roman"/>
        <w:noProof/>
        <w:sz w:val="24"/>
        <w:szCs w:val="24"/>
        <w:lang w:val="it-IT" w:eastAsia="it-IT"/>
      </w:rPr>
      <w:drawing>
        <wp:inline distT="0" distB="0" distL="0" distR="0" wp14:anchorId="3CE4B9A5" wp14:editId="2DB2CDE1">
          <wp:extent cx="514350" cy="571500"/>
          <wp:effectExtent l="0" t="0" r="0" b="0"/>
          <wp:docPr id="1290864761" name="Immagine 1" descr="Immagine che contiene emblema, simbolo, cres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622227" name="Immagine 1" descr="Immagine che contiene emblema, simbolo, cresta, log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FDB6C0" w14:textId="77777777" w:rsidR="00D40A73" w:rsidRPr="00D40A73" w:rsidRDefault="00D40A73" w:rsidP="00D40A73">
    <w:pPr>
      <w:tabs>
        <w:tab w:val="center" w:pos="4819"/>
        <w:tab w:val="right" w:pos="9638"/>
      </w:tabs>
      <w:spacing w:after="0" w:line="192" w:lineRule="auto"/>
      <w:jc w:val="center"/>
      <w:rPr>
        <w:rFonts w:ascii="Palace Script MT" w:eastAsia="Aptos" w:hAnsi="Palace Script MT" w:cs="Times New Roman"/>
        <w:i/>
        <w:iCs/>
        <w:kern w:val="2"/>
        <w:sz w:val="96"/>
        <w:szCs w:val="96"/>
        <w:lang w:val="it-IT"/>
      </w:rPr>
    </w:pPr>
    <w:r w:rsidRPr="00D40A73">
      <w:rPr>
        <w:rFonts w:ascii="Palace Script MT" w:eastAsia="Aptos" w:hAnsi="Palace Script MT" w:cs="Times New Roman"/>
        <w:i/>
        <w:iCs/>
        <w:kern w:val="2"/>
        <w:sz w:val="96"/>
        <w:szCs w:val="96"/>
        <w:lang w:val="it-IT"/>
      </w:rPr>
      <w:t>Ministero dell’istruzione e del merito</w:t>
    </w:r>
  </w:p>
  <w:p w14:paraId="6D58A802" w14:textId="77777777" w:rsidR="00D40A73" w:rsidRPr="00D40A73" w:rsidRDefault="00D40A73" w:rsidP="00D40A73">
    <w:pPr>
      <w:tabs>
        <w:tab w:val="center" w:pos="4819"/>
        <w:tab w:val="right" w:pos="9638"/>
      </w:tabs>
      <w:spacing w:after="0" w:line="240" w:lineRule="auto"/>
      <w:jc w:val="center"/>
      <w:rPr>
        <w:rFonts w:ascii="Palace Script MT" w:eastAsia="Aptos" w:hAnsi="Palace Script MT" w:cs="Times New Roman"/>
        <w:kern w:val="2"/>
        <w:sz w:val="48"/>
        <w:szCs w:val="48"/>
        <w:lang w:val="it-IT"/>
      </w:rPr>
    </w:pPr>
    <w:r w:rsidRPr="00D40A73">
      <w:rPr>
        <w:rFonts w:ascii="Palace Script MT" w:eastAsia="Aptos" w:hAnsi="Palace Script MT" w:cs="Times New Roman"/>
        <w:i/>
        <w:iCs/>
        <w:kern w:val="2"/>
        <w:sz w:val="48"/>
        <w:szCs w:val="48"/>
        <w:lang w:val="it-IT"/>
      </w:rPr>
      <w:t>Ufficio Scolastico Regionale per la Sardegna</w:t>
    </w:r>
  </w:p>
  <w:p w14:paraId="4D469699" w14:textId="2B188A9C" w:rsidR="00D40A73" w:rsidRPr="0058169A" w:rsidRDefault="00D40A73" w:rsidP="0058169A">
    <w:pPr>
      <w:tabs>
        <w:tab w:val="center" w:pos="4819"/>
        <w:tab w:val="right" w:pos="9638"/>
      </w:tabs>
      <w:spacing w:after="0" w:line="240" w:lineRule="auto"/>
      <w:jc w:val="center"/>
      <w:rPr>
        <w:rFonts w:ascii="Palace Script MT" w:eastAsia="Aptos" w:hAnsi="Palace Script MT" w:cs="Times New Roman"/>
        <w:i/>
        <w:iCs/>
        <w:kern w:val="2"/>
        <w:sz w:val="48"/>
        <w:szCs w:val="48"/>
        <w:lang w:val="it-IT"/>
      </w:rPr>
    </w:pPr>
    <w:r w:rsidRPr="00D40A73">
      <w:rPr>
        <w:rFonts w:ascii="Palace Script MT" w:eastAsia="Aptos" w:hAnsi="Palace Script MT" w:cs="Times New Roman"/>
        <w:i/>
        <w:iCs/>
        <w:kern w:val="2"/>
        <w:sz w:val="48"/>
        <w:szCs w:val="48"/>
        <w:lang w:val="it-IT"/>
      </w:rPr>
      <w:t>Direzione Generale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0010FC0"/>
    <w:multiLevelType w:val="hybridMultilevel"/>
    <w:tmpl w:val="1CA43B38"/>
    <w:lvl w:ilvl="0" w:tplc="31642FC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649DA"/>
    <w:multiLevelType w:val="multilevel"/>
    <w:tmpl w:val="F0A6CB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1F0F7F"/>
    <w:multiLevelType w:val="multilevel"/>
    <w:tmpl w:val="5A48F3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D97AB0"/>
    <w:multiLevelType w:val="multilevel"/>
    <w:tmpl w:val="082618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E966F1"/>
    <w:multiLevelType w:val="hybridMultilevel"/>
    <w:tmpl w:val="CE902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17357B"/>
    <w:multiLevelType w:val="multilevel"/>
    <w:tmpl w:val="F476FF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3F19F4"/>
    <w:multiLevelType w:val="multilevel"/>
    <w:tmpl w:val="D9CAD80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EE6937"/>
    <w:multiLevelType w:val="multilevel"/>
    <w:tmpl w:val="82D0DAE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1712145272">
    <w:abstractNumId w:val="5"/>
  </w:num>
  <w:num w:numId="2" w16cid:durableId="1101873189">
    <w:abstractNumId w:val="3"/>
  </w:num>
  <w:num w:numId="3" w16cid:durableId="1016270226">
    <w:abstractNumId w:val="2"/>
  </w:num>
  <w:num w:numId="4" w16cid:durableId="911155365">
    <w:abstractNumId w:val="4"/>
  </w:num>
  <w:num w:numId="5" w16cid:durableId="359862443">
    <w:abstractNumId w:val="1"/>
  </w:num>
  <w:num w:numId="6" w16cid:durableId="1570581730">
    <w:abstractNumId w:val="0"/>
  </w:num>
  <w:num w:numId="7" w16cid:durableId="568730368">
    <w:abstractNumId w:val="12"/>
  </w:num>
  <w:num w:numId="8" w16cid:durableId="230317240">
    <w:abstractNumId w:val="11"/>
  </w:num>
  <w:num w:numId="9" w16cid:durableId="170144164">
    <w:abstractNumId w:val="9"/>
  </w:num>
  <w:num w:numId="10" w16cid:durableId="1249079423">
    <w:abstractNumId w:val="8"/>
  </w:num>
  <w:num w:numId="11" w16cid:durableId="2019697106">
    <w:abstractNumId w:val="13"/>
  </w:num>
  <w:num w:numId="12" w16cid:durableId="152648796">
    <w:abstractNumId w:val="7"/>
  </w:num>
  <w:num w:numId="13" w16cid:durableId="52122309">
    <w:abstractNumId w:val="6"/>
  </w:num>
  <w:num w:numId="14" w16cid:durableId="1805735440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420"/>
    <w:rsid w:val="00007207"/>
    <w:rsid w:val="00014162"/>
    <w:rsid w:val="000217F3"/>
    <w:rsid w:val="00034616"/>
    <w:rsid w:val="0005537D"/>
    <w:rsid w:val="0006063C"/>
    <w:rsid w:val="00062DE4"/>
    <w:rsid w:val="00072D63"/>
    <w:rsid w:val="00091847"/>
    <w:rsid w:val="00094451"/>
    <w:rsid w:val="000C196F"/>
    <w:rsid w:val="000E1878"/>
    <w:rsid w:val="000E561E"/>
    <w:rsid w:val="000F0D1C"/>
    <w:rsid w:val="000F3120"/>
    <w:rsid w:val="000F728C"/>
    <w:rsid w:val="000F7DDA"/>
    <w:rsid w:val="00100157"/>
    <w:rsid w:val="00117A53"/>
    <w:rsid w:val="00122A6C"/>
    <w:rsid w:val="0014508D"/>
    <w:rsid w:val="0015074B"/>
    <w:rsid w:val="001522DF"/>
    <w:rsid w:val="001549CB"/>
    <w:rsid w:val="00166758"/>
    <w:rsid w:val="00167A5D"/>
    <w:rsid w:val="00177C48"/>
    <w:rsid w:val="00183279"/>
    <w:rsid w:val="001845A5"/>
    <w:rsid w:val="00184FA2"/>
    <w:rsid w:val="001904CC"/>
    <w:rsid w:val="0019598B"/>
    <w:rsid w:val="001C59A1"/>
    <w:rsid w:val="001C6840"/>
    <w:rsid w:val="001E1883"/>
    <w:rsid w:val="001E1FB3"/>
    <w:rsid w:val="00201517"/>
    <w:rsid w:val="00221125"/>
    <w:rsid w:val="00232AAB"/>
    <w:rsid w:val="00250C33"/>
    <w:rsid w:val="0025688C"/>
    <w:rsid w:val="00270F06"/>
    <w:rsid w:val="00277F3C"/>
    <w:rsid w:val="002820E4"/>
    <w:rsid w:val="002875CC"/>
    <w:rsid w:val="0029639D"/>
    <w:rsid w:val="002A0A29"/>
    <w:rsid w:val="002A7C2A"/>
    <w:rsid w:val="002C0204"/>
    <w:rsid w:val="002C2AE9"/>
    <w:rsid w:val="002C2EA5"/>
    <w:rsid w:val="002E3CEF"/>
    <w:rsid w:val="002E3E85"/>
    <w:rsid w:val="002E677C"/>
    <w:rsid w:val="002E6B1A"/>
    <w:rsid w:val="002F78E9"/>
    <w:rsid w:val="003040A6"/>
    <w:rsid w:val="00322D6D"/>
    <w:rsid w:val="00324BD1"/>
    <w:rsid w:val="00326F90"/>
    <w:rsid w:val="003466C3"/>
    <w:rsid w:val="00347647"/>
    <w:rsid w:val="003554E2"/>
    <w:rsid w:val="00383D16"/>
    <w:rsid w:val="00386274"/>
    <w:rsid w:val="00397BEA"/>
    <w:rsid w:val="003A0459"/>
    <w:rsid w:val="003B0D7A"/>
    <w:rsid w:val="003D79BC"/>
    <w:rsid w:val="003E52D5"/>
    <w:rsid w:val="003F7A17"/>
    <w:rsid w:val="00405880"/>
    <w:rsid w:val="004109BB"/>
    <w:rsid w:val="004243CB"/>
    <w:rsid w:val="00432B6F"/>
    <w:rsid w:val="0044686F"/>
    <w:rsid w:val="004474CE"/>
    <w:rsid w:val="00450A33"/>
    <w:rsid w:val="004631E7"/>
    <w:rsid w:val="0047295C"/>
    <w:rsid w:val="00472995"/>
    <w:rsid w:val="00487095"/>
    <w:rsid w:val="004A1E0A"/>
    <w:rsid w:val="004A2987"/>
    <w:rsid w:val="004A3CB5"/>
    <w:rsid w:val="004B1CD9"/>
    <w:rsid w:val="004B306C"/>
    <w:rsid w:val="004B699F"/>
    <w:rsid w:val="004C34F1"/>
    <w:rsid w:val="004C38BA"/>
    <w:rsid w:val="004C5F87"/>
    <w:rsid w:val="004D46DB"/>
    <w:rsid w:val="004E0AD6"/>
    <w:rsid w:val="004F297B"/>
    <w:rsid w:val="004F34ED"/>
    <w:rsid w:val="004F4F67"/>
    <w:rsid w:val="00507CD1"/>
    <w:rsid w:val="005210C4"/>
    <w:rsid w:val="005236FB"/>
    <w:rsid w:val="00525CF3"/>
    <w:rsid w:val="00535B8C"/>
    <w:rsid w:val="00546CCA"/>
    <w:rsid w:val="005470C7"/>
    <w:rsid w:val="00560F2D"/>
    <w:rsid w:val="00566C56"/>
    <w:rsid w:val="005714D4"/>
    <w:rsid w:val="00572408"/>
    <w:rsid w:val="0058169A"/>
    <w:rsid w:val="00585ED0"/>
    <w:rsid w:val="00586122"/>
    <w:rsid w:val="0059494F"/>
    <w:rsid w:val="005A15D7"/>
    <w:rsid w:val="005C15EF"/>
    <w:rsid w:val="005E7D85"/>
    <w:rsid w:val="005F1A5C"/>
    <w:rsid w:val="005F2C2A"/>
    <w:rsid w:val="005F5868"/>
    <w:rsid w:val="00600890"/>
    <w:rsid w:val="0061264B"/>
    <w:rsid w:val="0061321B"/>
    <w:rsid w:val="0063408E"/>
    <w:rsid w:val="00640812"/>
    <w:rsid w:val="006429D4"/>
    <w:rsid w:val="00656146"/>
    <w:rsid w:val="006567E9"/>
    <w:rsid w:val="00657A65"/>
    <w:rsid w:val="006736CD"/>
    <w:rsid w:val="00680DE3"/>
    <w:rsid w:val="00692F49"/>
    <w:rsid w:val="00694A2C"/>
    <w:rsid w:val="006A31AB"/>
    <w:rsid w:val="006B357A"/>
    <w:rsid w:val="006F4BAE"/>
    <w:rsid w:val="0070047D"/>
    <w:rsid w:val="00713A03"/>
    <w:rsid w:val="00716E46"/>
    <w:rsid w:val="0071749B"/>
    <w:rsid w:val="00720719"/>
    <w:rsid w:val="007263C5"/>
    <w:rsid w:val="00731E5F"/>
    <w:rsid w:val="007416F4"/>
    <w:rsid w:val="00743A30"/>
    <w:rsid w:val="007455BB"/>
    <w:rsid w:val="00746884"/>
    <w:rsid w:val="00751DCF"/>
    <w:rsid w:val="0075726E"/>
    <w:rsid w:val="00762C84"/>
    <w:rsid w:val="00763025"/>
    <w:rsid w:val="00780882"/>
    <w:rsid w:val="007812D9"/>
    <w:rsid w:val="00782C41"/>
    <w:rsid w:val="0078514A"/>
    <w:rsid w:val="00793997"/>
    <w:rsid w:val="00794A5C"/>
    <w:rsid w:val="007B4859"/>
    <w:rsid w:val="007C341F"/>
    <w:rsid w:val="007C61CA"/>
    <w:rsid w:val="007E4908"/>
    <w:rsid w:val="00800B82"/>
    <w:rsid w:val="0080236F"/>
    <w:rsid w:val="00813990"/>
    <w:rsid w:val="00824DCA"/>
    <w:rsid w:val="00826C57"/>
    <w:rsid w:val="00840A9A"/>
    <w:rsid w:val="00841F09"/>
    <w:rsid w:val="0084320C"/>
    <w:rsid w:val="00847066"/>
    <w:rsid w:val="00850A8F"/>
    <w:rsid w:val="00854407"/>
    <w:rsid w:val="008554FD"/>
    <w:rsid w:val="008608A4"/>
    <w:rsid w:val="0087332E"/>
    <w:rsid w:val="0087603B"/>
    <w:rsid w:val="008812AA"/>
    <w:rsid w:val="00881EB7"/>
    <w:rsid w:val="0088618A"/>
    <w:rsid w:val="00892195"/>
    <w:rsid w:val="0089360E"/>
    <w:rsid w:val="008A36C6"/>
    <w:rsid w:val="008B5456"/>
    <w:rsid w:val="008B68A8"/>
    <w:rsid w:val="008D096E"/>
    <w:rsid w:val="008D25F1"/>
    <w:rsid w:val="008D4B71"/>
    <w:rsid w:val="008F324D"/>
    <w:rsid w:val="00906DDF"/>
    <w:rsid w:val="00913CDD"/>
    <w:rsid w:val="00921372"/>
    <w:rsid w:val="00925042"/>
    <w:rsid w:val="009355AC"/>
    <w:rsid w:val="009376E0"/>
    <w:rsid w:val="00945275"/>
    <w:rsid w:val="00955340"/>
    <w:rsid w:val="00965A46"/>
    <w:rsid w:val="00966414"/>
    <w:rsid w:val="00977A10"/>
    <w:rsid w:val="0098080F"/>
    <w:rsid w:val="0098190A"/>
    <w:rsid w:val="00985F1F"/>
    <w:rsid w:val="00996D63"/>
    <w:rsid w:val="009A2F03"/>
    <w:rsid w:val="009A35CC"/>
    <w:rsid w:val="009B434E"/>
    <w:rsid w:val="009D142E"/>
    <w:rsid w:val="009D5D77"/>
    <w:rsid w:val="009E1E0E"/>
    <w:rsid w:val="00A3557B"/>
    <w:rsid w:val="00A54DB4"/>
    <w:rsid w:val="00A57A1A"/>
    <w:rsid w:val="00A60509"/>
    <w:rsid w:val="00A67455"/>
    <w:rsid w:val="00A74D2A"/>
    <w:rsid w:val="00A760C5"/>
    <w:rsid w:val="00A8584C"/>
    <w:rsid w:val="00A963C5"/>
    <w:rsid w:val="00A978C8"/>
    <w:rsid w:val="00AA1D8D"/>
    <w:rsid w:val="00AB4FA7"/>
    <w:rsid w:val="00AC7BE5"/>
    <w:rsid w:val="00AD0B60"/>
    <w:rsid w:val="00AD5528"/>
    <w:rsid w:val="00AE3F7A"/>
    <w:rsid w:val="00AE4677"/>
    <w:rsid w:val="00AF6B87"/>
    <w:rsid w:val="00B132DE"/>
    <w:rsid w:val="00B13E49"/>
    <w:rsid w:val="00B3269E"/>
    <w:rsid w:val="00B36B4B"/>
    <w:rsid w:val="00B44C20"/>
    <w:rsid w:val="00B47730"/>
    <w:rsid w:val="00B553AB"/>
    <w:rsid w:val="00B62FC7"/>
    <w:rsid w:val="00B665B1"/>
    <w:rsid w:val="00B71650"/>
    <w:rsid w:val="00B71C9B"/>
    <w:rsid w:val="00B77349"/>
    <w:rsid w:val="00B861EB"/>
    <w:rsid w:val="00B93C0F"/>
    <w:rsid w:val="00BA7AC3"/>
    <w:rsid w:val="00BB5D65"/>
    <w:rsid w:val="00BC7479"/>
    <w:rsid w:val="00BE0029"/>
    <w:rsid w:val="00BF2115"/>
    <w:rsid w:val="00BF2223"/>
    <w:rsid w:val="00BF2878"/>
    <w:rsid w:val="00C00718"/>
    <w:rsid w:val="00C0236E"/>
    <w:rsid w:val="00C025F7"/>
    <w:rsid w:val="00C046BA"/>
    <w:rsid w:val="00C2296A"/>
    <w:rsid w:val="00C231F5"/>
    <w:rsid w:val="00C26506"/>
    <w:rsid w:val="00C33BF2"/>
    <w:rsid w:val="00C376ED"/>
    <w:rsid w:val="00C51403"/>
    <w:rsid w:val="00C57E69"/>
    <w:rsid w:val="00C6210D"/>
    <w:rsid w:val="00C81C56"/>
    <w:rsid w:val="00C828EC"/>
    <w:rsid w:val="00CA0E65"/>
    <w:rsid w:val="00CA3DA7"/>
    <w:rsid w:val="00CA7BBD"/>
    <w:rsid w:val="00CB0664"/>
    <w:rsid w:val="00CB2493"/>
    <w:rsid w:val="00CB2680"/>
    <w:rsid w:val="00CB40B3"/>
    <w:rsid w:val="00CC2148"/>
    <w:rsid w:val="00CC6BD4"/>
    <w:rsid w:val="00CC7A0C"/>
    <w:rsid w:val="00CD1DC1"/>
    <w:rsid w:val="00CE33B1"/>
    <w:rsid w:val="00CE6A08"/>
    <w:rsid w:val="00CE7B34"/>
    <w:rsid w:val="00CF299E"/>
    <w:rsid w:val="00CF7ED0"/>
    <w:rsid w:val="00D010AD"/>
    <w:rsid w:val="00D07A19"/>
    <w:rsid w:val="00D1391A"/>
    <w:rsid w:val="00D13C63"/>
    <w:rsid w:val="00D3049E"/>
    <w:rsid w:val="00D40A73"/>
    <w:rsid w:val="00D51075"/>
    <w:rsid w:val="00D544C7"/>
    <w:rsid w:val="00D65053"/>
    <w:rsid w:val="00D710B9"/>
    <w:rsid w:val="00D7293A"/>
    <w:rsid w:val="00D81AB3"/>
    <w:rsid w:val="00D848D7"/>
    <w:rsid w:val="00D86FFA"/>
    <w:rsid w:val="00D87A57"/>
    <w:rsid w:val="00DA4180"/>
    <w:rsid w:val="00DA6BC5"/>
    <w:rsid w:val="00DB0841"/>
    <w:rsid w:val="00DB2B0E"/>
    <w:rsid w:val="00DE6D7F"/>
    <w:rsid w:val="00E051EA"/>
    <w:rsid w:val="00E111F5"/>
    <w:rsid w:val="00E13B42"/>
    <w:rsid w:val="00E15812"/>
    <w:rsid w:val="00E206DE"/>
    <w:rsid w:val="00E421BA"/>
    <w:rsid w:val="00E52B01"/>
    <w:rsid w:val="00E56C27"/>
    <w:rsid w:val="00E642EA"/>
    <w:rsid w:val="00E90834"/>
    <w:rsid w:val="00EA3022"/>
    <w:rsid w:val="00EA5EE2"/>
    <w:rsid w:val="00EB7781"/>
    <w:rsid w:val="00ED5241"/>
    <w:rsid w:val="00ED5D42"/>
    <w:rsid w:val="00ED67A9"/>
    <w:rsid w:val="00EE0E3E"/>
    <w:rsid w:val="00F10EFC"/>
    <w:rsid w:val="00F1428A"/>
    <w:rsid w:val="00F326E4"/>
    <w:rsid w:val="00F33398"/>
    <w:rsid w:val="00F37E31"/>
    <w:rsid w:val="00F4187F"/>
    <w:rsid w:val="00F54786"/>
    <w:rsid w:val="00F57ACB"/>
    <w:rsid w:val="00F57F0C"/>
    <w:rsid w:val="00F65122"/>
    <w:rsid w:val="00F73132"/>
    <w:rsid w:val="00F7453A"/>
    <w:rsid w:val="00F77E16"/>
    <w:rsid w:val="00F869C9"/>
    <w:rsid w:val="00F90DE6"/>
    <w:rsid w:val="00F93056"/>
    <w:rsid w:val="00F97A6F"/>
    <w:rsid w:val="00FB10BC"/>
    <w:rsid w:val="00FB63EA"/>
    <w:rsid w:val="00FC0DAE"/>
    <w:rsid w:val="00FC693F"/>
    <w:rsid w:val="00FD00FF"/>
    <w:rsid w:val="00FD4C04"/>
    <w:rsid w:val="00FD6B95"/>
    <w:rsid w:val="00FF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02DB61"/>
  <w14:defaultImageDpi w14:val="300"/>
  <w15:docId w15:val="{54918670-CD53-41C2-B6E0-2CA963259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4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5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eWeb">
    <w:name w:val="Normal (Web)"/>
    <w:basedOn w:val="Normale"/>
    <w:uiPriority w:val="99"/>
    <w:semiHidden/>
    <w:unhideWhenUsed/>
    <w:rsid w:val="00586122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58612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6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mailto:drsa@postacert.istruzione.it" TargetMode="External"/><Relationship Id="rId4" Type="http://schemas.openxmlformats.org/officeDocument/2006/relationships/hyperlink" Target="mailto:direzione-sardegna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MARONGIU Stefano</cp:lastModifiedBy>
  <cp:revision>304</cp:revision>
  <dcterms:created xsi:type="dcterms:W3CDTF">2025-10-12T13:48:00Z</dcterms:created>
  <dcterms:modified xsi:type="dcterms:W3CDTF">2025-12-22T09:26:00Z</dcterms:modified>
  <cp:category/>
</cp:coreProperties>
</file>